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EL MERCADO DE CEDAR HOLLOW  ·  LEVEL 2: ON LEVEL</w:t>
      </w:r>
    </w:p>
    <w:p>
      <w:pPr>
        <w:pStyle w:val="Title"/>
      </w:pPr>
      <w:r>
        <w:t>¿Cuánto cuesta? Prices and Conversations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You work at a market stall. Use the price list in item 1 for every price question. Write Spanish with accents and question marks (¿?).</w:t>
      </w:r>
    </w:p>
    <w:p>
      <w:pPr>
        <w:pStyle w:val="Heading1"/>
      </w:pPr>
      <w:r>
        <w:t>Part 1: Los precios (prices)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Mira la lista de precios. ¿Qué comida cuesta cuatro dólares?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3931920" cy="18430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18430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2952" w:val="left"/>
          <w:tab w:pos="5328" w:val="left"/>
          <w:tab w:pos="7704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el pan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la leche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el queso</w:t>
      </w:r>
      <w:r>
        <w:rPr>
          <w:rFonts w:ascii="Arial" w:hAnsi="Arial" w:cs="Arial" w:eastAsia="Arial"/>
          <w:b/>
          <w:color w:val="1D6A45"/>
        </w:rPr>
        <w:tab/>
        <w:t xml:space="preserve">D.  </w:t>
      </w:r>
      <w:r>
        <w:t>las fresas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Match each price to how you say it. One answer is extra.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18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$2.50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siete dólares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$5.50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un dólar con cincuenta centavos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$1.50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cinco dólares con cincuenta centavos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$7.00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D.  </w:t>
            </w:r>
            <w:r>
              <w:t>doce dólares con cincuenta centavos</w:t>
            </w:r>
          </w:p>
        </w:tc>
      </w:tr>
      <w:tr>
        <w:trPr>
          <w:cantSplit/>
        </w:trPr>
        <w:tc>
          <w:tcPr>
            <w:tcW w:type="dxa" w:w="1008"/>
          </w:tcPr>
          <w:p/>
        </w:tc>
        <w:tc>
          <w:tcPr>
            <w:tcW w:type="dxa" w:w="3744"/>
          </w:tcPr>
          <w:p/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E.  </w:t>
            </w:r>
            <w:r>
              <w:t>dos dólares con cincuenta centavos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Jamal compra una docena de huevos y el pan. ¿Cuánto es todo?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Son once dólares.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Son trece dólares.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Son doce dólares.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Son dos dólares.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 xml:space="preserve">Una docena de huevos cuesta </w:t>
      </w:r>
      <w:r>
        <w:rPr>
          <w:rFonts w:ascii="Arial" w:hAnsi="Arial" w:cs="Arial" w:eastAsia="Arial"/>
          <w:b/>
        </w:rPr>
        <w:t>$6.50</w:t>
      </w:r>
      <w:r>
        <w:t>. Write the price in Spanish words.</w:t>
      </w: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pStyle w:val="Heading1"/>
      </w:pPr>
      <w:r>
        <w:t>Part 2: ¿Cuesta o cuestan?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Which question do you use for each food?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el queso     las peras     una docena de huevos     los tomates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¿Cuánto cuesta...?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¿Cuánto cuestan...?</w:t>
            </w:r>
          </w:p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Write cuesta or cuestan. ¿Cuánto ________________ las fresas? ________________ cuatro dólares con cincuenta centavos. ¿Cuánto ________________ el queso? ________________ siete dólares.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 xml:space="preserve">The price tag for </w:t>
      </w:r>
      <w:r>
        <w:rPr>
          <w:rFonts w:ascii="Arial" w:hAnsi="Arial" w:cs="Arial" w:eastAsia="Arial"/>
          <w:b/>
        </w:rPr>
        <w:t>las peras</w:t>
      </w:r>
      <w:r>
        <w:t xml:space="preserve"> fell off. Ask Sra. Ríos the price.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¿Cuánto cuesta las peras?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¿Dónde están las peras?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¿Cuánto cuestan las peras?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¿Cuántas peras hay?</w:t>
      </w:r>
    </w:p>
    <w:p>
      <w:pPr>
        <w:pStyle w:val="Heading1"/>
      </w:pPr>
      <w:r>
        <w:t>Part 3: En el mercado (at the market)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Who says it? Sort each line.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¿Qué desea?     Quisiera las peras, por favor.     Son cinco dólares.     ¿Cuánto cuesta la sandía?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Vendedor (seller)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Cliente (shopper)</w:t>
            </w:r>
          </w:p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At the farm stand: ask politely for one food and its price (line 1). Then write the seller's answer with the correct price (line 2).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EL MERCADO DE CEDAR HOLLOW  ·  LEVEL 2: ON LEVEL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¿Cuánto cuesta? Prices and Conversations</w:t>
      </w:r>
    </w:p>
    <w:p>
      <w:pPr>
        <w:pStyle w:val="Heading2"/>
      </w:pPr>
      <w:r>
        <w:t>Part 1: Los precios (prices)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Mira la lista de precios. ¿Qué comida cuesta cuatro dólares?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la leche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La leche is $4.00. El pan is $5.50, el queso $7.00, las fresas $4.50.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Match each price to how you say it. One answer is extra.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$2.50: E. dos dólares con cincuenta centavos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$5.50: C. cinco dólares con cincuenta centavos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$1.50: B. un dólar con cincuenta centavos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$7.00: A. siete dólares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Jamal compra una docena de huevos y el pan. ¿Cuánto es todo?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Son doce dólares.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$6.50 + $5.50 = $12.00. Doce is 12; dos is 2.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 xml:space="preserve">Una docena de huevos cuesta </w:t>
      </w:r>
      <w:r>
        <w:rPr>
          <w:rFonts w:ascii="Arial" w:hAnsi="Arial" w:cs="Arial" w:eastAsia="Arial"/>
          <w:b/>
          <w:color w:val="47524C"/>
          <w:sz w:val="20"/>
        </w:rPr>
        <w:t>$6.50</w:t>
      </w:r>
      <w:r>
        <w:rPr>
          <w:rFonts w:ascii="Arial" w:hAnsi="Arial" w:cs="Arial" w:eastAsia="Arial"/>
          <w:color w:val="47524C"/>
          <w:sz w:val="20"/>
        </w:rPr>
        <w:t>. Write the price in Spanish words.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seis dólares con cincuenta centavos</w:t>
      </w:r>
    </w:p>
    <w:p>
      <w:pPr>
        <w:pStyle w:val="Heading2"/>
      </w:pPr>
      <w:r>
        <w:t>Part 2: ¿Cuesta o cuestan?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Which question do you use for each food?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¿Cuánto cuesta...?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¿Cuánto cuestan...?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el queso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las peras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una docena de huevos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los tomates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One thing (el, la, una) takes cuesta. More than one (los, las) takes cuestan. Una docena is one dozen, so it takes cuesta.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Write cuesta or cuestan. ¿Cuánto ____ las fresas? ____ cuatro dólares con cincuenta centavos. ¿Cuánto ____ el queso? ____ siete dólares.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Write cuesta or cuestan. ¿Cuánto </w:t>
      </w:r>
      <w:r>
        <w:rPr>
          <w:rFonts w:ascii="Arial" w:hAnsi="Arial" w:cs="Arial" w:eastAsia="Arial"/>
          <w:b/>
          <w:color w:val="134B31"/>
          <w:sz w:val="21"/>
          <w:u w:val="single"/>
        </w:rPr>
        <w:t>cuestan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las fresas? </w:t>
      </w:r>
      <w:r>
        <w:rPr>
          <w:rFonts w:ascii="Arial" w:hAnsi="Arial" w:cs="Arial" w:eastAsia="Arial"/>
          <w:b/>
          <w:color w:val="134B31"/>
          <w:sz w:val="21"/>
          <w:u w:val="single"/>
        </w:rPr>
        <w:t>Cuestan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cuatro dólares con cincuenta centavos. ¿Cuánto </w:t>
      </w:r>
      <w:r>
        <w:rPr>
          <w:rFonts w:ascii="Arial" w:hAnsi="Arial" w:cs="Arial" w:eastAsia="Arial"/>
          <w:b/>
          <w:color w:val="134B31"/>
          <w:sz w:val="21"/>
          <w:u w:val="single"/>
        </w:rPr>
        <w:t>cuesta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el queso? </w:t>
      </w:r>
      <w:r>
        <w:rPr>
          <w:rFonts w:ascii="Arial" w:hAnsi="Arial" w:cs="Arial" w:eastAsia="Arial"/>
          <w:b/>
          <w:color w:val="134B31"/>
          <w:sz w:val="21"/>
          <w:u w:val="single"/>
        </w:rPr>
        <w:t>Cuesta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siete dólares.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Las fresas is plural (cuestan). El queso is one thing (cuesta). The answer uses the same verb as the question.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 xml:space="preserve">The price tag for </w:t>
      </w:r>
      <w:r>
        <w:rPr>
          <w:rFonts w:ascii="Arial" w:hAnsi="Arial" w:cs="Arial" w:eastAsia="Arial"/>
          <w:b/>
          <w:color w:val="47524C"/>
          <w:sz w:val="20"/>
        </w:rPr>
        <w:t>las peras</w:t>
      </w:r>
      <w:r>
        <w:rPr>
          <w:rFonts w:ascii="Arial" w:hAnsi="Arial" w:cs="Arial" w:eastAsia="Arial"/>
          <w:color w:val="47524C"/>
          <w:sz w:val="20"/>
        </w:rPr>
        <w:t xml:space="preserve"> fell off. Ask Sra. Ríos the price.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¿Cuánto cuestan las peras?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Las peras is more than one, so the question uses cuestan. ¿Dónde están...? asks where; ¿Cuántas... hay? asks how many.</w:t>
      </w:r>
    </w:p>
    <w:p>
      <w:pPr>
        <w:pStyle w:val="Heading2"/>
      </w:pPr>
      <w:r>
        <w:t>Part 3: En el mercado (at the market)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Who says it? Sort each line.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Vendedor (seller)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Cliente (shopper)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¿Qué desea?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Quisiera las peras, por favor.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Son cinco dólares.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¿Cuánto cuesta la sandía?</w:t>
            </w:r>
          </w:p>
        </w:tc>
      </w:tr>
    </w:tbl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At the farm stand: ask politely for one food and its price (line 1). Then write the seller's answer with the correct price (line 2).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b/>
          <w:color w:val="111814"/>
          <w:sz w:val="21"/>
        </w:rPr>
        <w:t>Cliente:</w:t>
      </w:r>
      <w:r>
        <w:rPr>
          <w:rFonts w:ascii="Arial" w:hAnsi="Arial" w:cs="Arial" w:eastAsia="Arial"/>
          <w:color w:val="111814"/>
          <w:sz w:val="21"/>
        </w:rPr>
        <w:t xml:space="preserve"> Quisiera la lechuga, por favor. ¿Cuánto cuesta? </w:t>
      </w:r>
      <w:r>
        <w:rPr>
          <w:rFonts w:ascii="Arial" w:hAnsi="Arial" w:cs="Arial" w:eastAsia="Arial"/>
          <w:b/>
          <w:color w:val="111814"/>
          <w:sz w:val="21"/>
        </w:rPr>
        <w:t>Vendedor:</w:t>
      </w:r>
      <w:r>
        <w:rPr>
          <w:rFonts w:ascii="Arial" w:hAnsi="Arial" w:cs="Arial" w:eastAsia="Arial"/>
          <w:color w:val="111814"/>
          <w:sz w:val="21"/>
        </w:rPr>
        <w:t xml:space="preserve"> Cuesta un dólar con cincuenta centavos.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Accept any farm stand food with its price from the list and the matching verb, for example ¿Cuánto cuestan los tomates? Cuestan dos dólares. Quiero..., por favor is also polite.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El mercado de Cedar Hollow  ·  Level 2: On Level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mercado de Cedar Hollow Level 2: On Level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