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EL MERCADO DE CEDAR HOLLOW  ·  LEVEL 1: SUPPORT</w:t>
      </w:r>
    </w:p>
    <w:p>
      <w:pPr>
        <w:pStyle w:val="Title"/>
      </w:pPr>
      <w:r>
        <w:t>En el puesto: Practice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You work at a market stall. Read each item. Use the pictures to help you. Circle or write your answers.</w:t>
      </w:r>
    </w:p>
    <w:p>
      <w:pPr>
        <w:pStyle w:val="Heading1"/>
      </w:pPr>
      <w:r>
        <w:t>Part 1: La comida (food)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Look at each picture. Write the letter of its Spanish name. One name is extra.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475488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Picture 1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la leche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Picture 2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la sandía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Picture 3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las fresas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Picture 4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D.  </w:t>
            </w:r>
            <w:r>
              <w:t>el queso</w:t>
            </w:r>
          </w:p>
        </w:tc>
      </w:tr>
      <w:tr>
        <w:trPr>
          <w:cantSplit/>
        </w:trPr>
        <w:tc>
          <w:tcPr>
            <w:tcW w:type="dxa" w:w="1008"/>
          </w:tcPr>
          <w:p/>
        </w:tc>
        <w:tc>
          <w:tcPr>
            <w:tcW w:type="dxa" w:w="3744"/>
          </w:tcPr>
          <w:p/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E.  </w:t>
            </w:r>
            <w:r>
              <w:t>el pan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 xml:space="preserve">A customer says: </w:t>
      </w:r>
      <w:r>
        <w:rPr>
          <w:rFonts w:ascii="Arial" w:hAnsi="Arial" w:cs="Arial" w:eastAsia="Arial"/>
          <w:b/>
        </w:rPr>
        <w:t>Quiero la leche, por favor.</w:t>
      </w:r>
      <w:r>
        <w:t xml:space="preserve"> What do you hand over?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cheese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the bread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the milk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 xml:space="preserve">A customer says: </w:t>
      </w:r>
      <w:r>
        <w:rPr>
          <w:rFonts w:ascii="Arial" w:hAnsi="Arial" w:cs="Arial" w:eastAsia="Arial"/>
          <w:b/>
        </w:rPr>
        <w:t>¡Buenos días!</w:t>
      </w:r>
      <w:r>
        <w:t xml:space="preserve"> What do you answer?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¡Adiós! ¡Hasta luego!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Buenos días. ¿Qué desea?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No, gracias. Es todo.</w:t>
      </w:r>
    </w:p>
    <w:p>
      <w:pPr>
        <w:pStyle w:val="Heading1"/>
      </w:pPr>
      <w:r>
        <w:t>Part 2: Los números y los precios (numbers and prices)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Look-alike numbers! Match each number to its Spanish word.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2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doce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12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quince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5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dos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15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D.  </w:t>
            </w:r>
            <w:r>
              <w:t>cinco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 xml:space="preserve">The tag says </w:t>
      </w:r>
      <w:r>
        <w:rPr>
          <w:rFonts w:ascii="Arial" w:hAnsi="Arial" w:cs="Arial" w:eastAsia="Arial"/>
          <w:b/>
        </w:rPr>
        <w:t>$5.50</w:t>
      </w:r>
      <w:r>
        <w:t>. ¿Cuánto cuesta el pan?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Cuesta quince dólares con cincuenta centavos.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Cuesta cinco dólares con quince centavos.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Cuesta cinco dólares con cincuenta centavos.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 xml:space="preserve">Sra. Ríos says: </w:t>
      </w:r>
      <w:r>
        <w:rPr>
          <w:rFonts w:ascii="Arial" w:hAnsi="Arial" w:cs="Arial" w:eastAsia="Arial"/>
          <w:b/>
        </w:rPr>
        <w:t>Las fresas cuestan cuatro dólares con cincuenta centavos.</w:t>
      </w:r>
      <w:r>
        <w:t xml:space="preserve"> Which price tag is right?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$14.50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$4.50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$4.15</w:t>
      </w:r>
    </w:p>
    <w:p>
      <w:pPr>
        <w:pStyle w:val="Heading1"/>
      </w:pPr>
      <w:r>
        <w:t>Part 3: En el mercado (at the market)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rPr>
          <w:rFonts w:ascii="Arial" w:hAnsi="Arial" w:cs="Arial" w:eastAsia="Arial"/>
          <w:b/>
        </w:rPr>
        <w:t>¿Cuánto cuesta?</w:t>
      </w:r>
      <w:r>
        <w:t xml:space="preserve"> means "How much does it cost?"</w:t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Circle one.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Complete the conversation. Write the letter of the missing word.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Buenos días. ¿Qué ____?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Gracias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Quiero las manzanas, por ____.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dólares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Aquí tiene. Son tres ____.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favor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¡____! Adiós.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D.  </w:t>
            </w:r>
            <w:r>
              <w:t>desea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 xml:space="preserve">A customer says: </w:t>
      </w:r>
      <w:r>
        <w:rPr>
          <w:rFonts w:ascii="Arial" w:hAnsi="Arial" w:cs="Arial" w:eastAsia="Arial"/>
          <w:b/>
        </w:rPr>
        <w:t>¡Muchas gracias! ¡Adiós!</w:t>
      </w:r>
      <w:r>
        <w:t xml:space="preserve"> What do you answer?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De nada. ¡Hasta luego!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Quisiera el pan, por favor.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Buenos días. ¿Qué desea?</w:t>
      </w: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EL MERCADO DE CEDAR HOLLOW  ·  LEVEL 1: SUPPORT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En el puesto: Practice</w:t>
      </w:r>
    </w:p>
    <w:p>
      <w:pPr>
        <w:pStyle w:val="Heading2"/>
      </w:pPr>
      <w:r>
        <w:t>Part 1: La comida (food)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Look at each picture. Write the letter of its Spanish name. One name is extra.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Picture 1: D. el queso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Picture 2: B. la sandía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Picture 3: A. la leche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Picture 4: C. las fresas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 xml:space="preserve">A customer says: </w:t>
      </w:r>
      <w:r>
        <w:rPr>
          <w:rFonts w:ascii="Arial" w:hAnsi="Arial" w:cs="Arial" w:eastAsia="Arial"/>
          <w:b/>
          <w:color w:val="47524C"/>
          <w:sz w:val="20"/>
        </w:rPr>
        <w:t>Quiero la leche, por favor.</w:t>
      </w:r>
      <w:r>
        <w:rPr>
          <w:rFonts w:ascii="Arial" w:hAnsi="Arial" w:cs="Arial" w:eastAsia="Arial"/>
          <w:color w:val="47524C"/>
          <w:sz w:val="20"/>
        </w:rPr>
        <w:t xml:space="preserve"> What do you hand over?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the milk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La leche is milk. Quiero... por favor = I want..., please.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 xml:space="preserve">A customer says: </w:t>
      </w:r>
      <w:r>
        <w:rPr>
          <w:rFonts w:ascii="Arial" w:hAnsi="Arial" w:cs="Arial" w:eastAsia="Arial"/>
          <w:b/>
          <w:color w:val="47524C"/>
          <w:sz w:val="20"/>
        </w:rPr>
        <w:t>¡Buenos días!</w:t>
      </w:r>
      <w:r>
        <w:rPr>
          <w:rFonts w:ascii="Arial" w:hAnsi="Arial" w:cs="Arial" w:eastAsia="Arial"/>
          <w:color w:val="47524C"/>
          <w:sz w:val="20"/>
        </w:rPr>
        <w:t xml:space="preserve"> What do you answer?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Buenos días. ¿Qué desea?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Answer a greeting with a greeting, then ask what the customer would like: ¿Qué desea?</w:t>
      </w:r>
    </w:p>
    <w:p>
      <w:pPr>
        <w:pStyle w:val="Heading2"/>
      </w:pPr>
      <w:r>
        <w:t>Part 2: Los números y los precios (numbers and prices)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Look-alike numbers! Match each number to its Spanish word.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2: C. dos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12: A. doce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5: D. cinco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15: B. quince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 xml:space="preserve">The tag says </w:t>
      </w:r>
      <w:r>
        <w:rPr>
          <w:rFonts w:ascii="Arial" w:hAnsi="Arial" w:cs="Arial" w:eastAsia="Arial"/>
          <w:b/>
          <w:color w:val="47524C"/>
          <w:sz w:val="20"/>
        </w:rPr>
        <w:t>$5.50</w:t>
      </w:r>
      <w:r>
        <w:rPr>
          <w:rFonts w:ascii="Arial" w:hAnsi="Arial" w:cs="Arial" w:eastAsia="Arial"/>
          <w:color w:val="47524C"/>
          <w:sz w:val="20"/>
        </w:rPr>
        <w:t>. ¿Cuánto cuesta el pan?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Cuesta cinco dólares con cincuenta centavos.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Cinco = 5 and cincuenta = 50. Quince is 15.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 xml:space="preserve">Sra. Ríos says: </w:t>
      </w:r>
      <w:r>
        <w:rPr>
          <w:rFonts w:ascii="Arial" w:hAnsi="Arial" w:cs="Arial" w:eastAsia="Arial"/>
          <w:b/>
          <w:color w:val="47524C"/>
          <w:sz w:val="20"/>
        </w:rPr>
        <w:t>Las fresas cuestan cuatro dólares con cincuenta centavos.</w:t>
      </w:r>
      <w:r>
        <w:rPr>
          <w:rFonts w:ascii="Arial" w:hAnsi="Arial" w:cs="Arial" w:eastAsia="Arial"/>
          <w:color w:val="47524C"/>
          <w:sz w:val="20"/>
        </w:rPr>
        <w:t xml:space="preserve"> Which price tag is right?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$4.50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Cuatro = 4. Catorce would be 14, and quince centavos would be 15 cents.</w:t>
      </w:r>
    </w:p>
    <w:p>
      <w:pPr>
        <w:pStyle w:val="Heading2"/>
      </w:pPr>
      <w:r>
        <w:t>Part 3: En el mercado (at the market)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b/>
          <w:color w:val="47524C"/>
          <w:sz w:val="20"/>
        </w:rPr>
        <w:t>¿Cuánto cuesta?</w:t>
      </w:r>
      <w:r>
        <w:rPr>
          <w:rFonts w:ascii="Arial" w:hAnsi="Arial" w:cs="Arial" w:eastAsia="Arial"/>
          <w:color w:val="47524C"/>
          <w:sz w:val="20"/>
        </w:rPr>
        <w:t xml:space="preserve"> means "How much does it cost?"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True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Complete the conversation. Write the letter of the missing word.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Buenos días. ¿Qué ____?: D. desea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Quiero las manzanas, por ____.: C. favor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Aquí tiene. Son tres ____.: B. dólares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¡____! Adiós.: A. Gracias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seller says lines 1 and 3; the shopper says lines 2 and 4. Las manzanas cost $3.00 (tres dólares).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 xml:space="preserve">A customer says: </w:t>
      </w:r>
      <w:r>
        <w:rPr>
          <w:rFonts w:ascii="Arial" w:hAnsi="Arial" w:cs="Arial" w:eastAsia="Arial"/>
          <w:b/>
          <w:color w:val="47524C"/>
          <w:sz w:val="20"/>
        </w:rPr>
        <w:t>¡Muchas gracias! ¡Adiós!</w:t>
      </w:r>
      <w:r>
        <w:rPr>
          <w:rFonts w:ascii="Arial" w:hAnsi="Arial" w:cs="Arial" w:eastAsia="Arial"/>
          <w:color w:val="47524C"/>
          <w:sz w:val="20"/>
        </w:rPr>
        <w:t xml:space="preserve"> What do you answer?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De nada. ¡Hasta luego!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De nada = You are welcome. ¡Hasta luego! = See you later.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El mercado de Cedar Hollow  ·  Level 1: Support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mercado de Cedar Hollow Level 1: Support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