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FOOD WEB RESCUE  ·  LEVEL 1: SUPPORT</w:t>
      </w:r>
    </w:p>
    <w:p>
      <w:pPr>
        <w:pStyle w:val="Title"/>
      </w:pPr>
      <w:r>
        <w:t>Food Web Rescue: Support Practice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Use the pictures and word banks. Remember: in a food web, arrows point from the food to the eater. That is the way energy flows.</w:t>
      </w:r>
    </w:p>
    <w:p>
      <w:pPr>
        <w:pStyle w:val="Heading1"/>
      </w:pPr>
      <w:r>
        <w:t>Part 1: Jobs in the preserve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Sort each living thing from Cedar Hollow Preserve by its job.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Algae     Cattails     Snails     Foxes     Pond bacteria     Mushrooms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rPr>
          <w:cantSplit/>
        </w:trPr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Producer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Consumer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Decomposer</w:t>
            </w:r>
          </w:p>
        </w:tc>
      </w:tr>
      <w:tr>
        <w:trPr>
          <w:trHeight w:val="662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662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662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The marsh needs a producer. Which living thing should the ranger release?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Cattails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Muskrats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Mushrooms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Mushrooms are producers because they grow out of the ground.</w:t>
      </w:r>
    </w:p>
    <w:p>
      <w:pPr>
        <w:spacing w:after="40"/>
        <w:ind w:left="576"/>
      </w:pPr>
      <w:r>
        <w:rPr>
          <w:b/>
        </w:rPr>
        <w:t>True          False</w:t>
      </w:r>
    </w:p>
    <w:p>
      <w:pPr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Circle one.</w:t>
      </w:r>
    </w:p>
    <w:p>
      <w:pPr>
        <w:pStyle w:val="Heading1"/>
      </w:pPr>
      <w:r>
        <w:t>Part 2: Follow the energy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What does this arrow show?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1737360" cy="7335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7335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 grass eats the rabbits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The rabbits give energy to the grass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Energy moves from the grass to the rabbits when the rabbits eat it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Snails eat algae. Sunfish eat snails. Herons eat sunfish. Draw an arrow between each pair to show which way the energy flows.</w:t>
      </w:r>
    </w:p>
    <w:p>
      <w:pPr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4206240" cy="8782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878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This energy pyramid shows the Cedar Hollow Pond food chain. Which level has the most energy?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1737359" cy="11208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7359" cy="1120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2952" w:val="left"/>
          <w:tab w:pos="5328" w:val="left"/>
          <w:tab w:pos="7704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Herons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Sunfish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Snails</w:t>
      </w:r>
      <w:r>
        <w:rPr>
          <w:rFonts w:ascii="Arial" w:hAnsi="Arial" w:cs="Arial" w:eastAsia="Arial"/>
          <w:b/>
          <w:color w:val="1D6A45"/>
        </w:rPr>
        <w:tab/>
        <w:t xml:space="preserve">D.  </w:t>
      </w:r>
      <w:r>
        <w:t>Algae</w:t>
      </w:r>
    </w:p>
    <w:p>
      <w:pPr>
        <w:pStyle w:val="Heading1"/>
      </w:pPr>
      <w:r>
        <w:t>Part 3: Run the season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>In the pond, sunfish are the only animals that eat snails. If a sickness killed most of the sunfish, the number of snails would most likely go ________________ at first. Then the snails would eat more ________________, so the amount of algae would most likely go ________________.</w:t>
      </w:r>
    </w:p>
    <w:p>
      <w:pPr>
        <w:keepNext/>
        <w:spacing w:after="80"/>
        <w:ind w:left="576"/>
      </w:pPr>
      <w:r>
        <w:rPr>
          <w:rFonts w:ascii="Arial" w:hAnsi="Arial" w:cs="Arial" w:eastAsia="Arial"/>
          <w:color w:val="47524C"/>
        </w:rPr>
        <w:t>Word bank:  up     down     algae     cattails</w:t>
      </w: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FOOD WEB RESCUE  ·  LEVEL 1: SUPPORT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Food Web Rescue: Support Practice</w:t>
      </w:r>
    </w:p>
    <w:p>
      <w:pPr>
        <w:pStyle w:val="Heading2"/>
      </w:pPr>
      <w:r>
        <w:t>Part 1: Jobs in the preserve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Sort each living thing from Cedar Hollow Preserve by its job.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rPr>
          <w:cantSplit/>
        </w:trPr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Producer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Consumer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Decomposer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Algae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Snails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Pond bacteria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Cattails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Foxes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Mushrooms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Algae and cattails make food from sunlight. Snails and foxes eat other living things. Pond bacteria and mushrooms break down dead things.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The marsh needs a producer. Which living thing should the ranger release?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Cattails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Cattails make their own food from sunlight. Muskrats are consumers, and mushrooms are decomposers.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Mushrooms are producers because they grow out of the ground.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False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Mushrooms are decomposers. They cannot make food from sunlight, so they get energy by breaking down dead things.</w:t>
      </w:r>
    </w:p>
    <w:p>
      <w:pPr>
        <w:pStyle w:val="Heading2"/>
      </w:pPr>
      <w:r>
        <w:t>Part 2: Follow the energy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What does this arrow show?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Energy moves from the grass to the rabbits when the rabbits eat it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Snails eat algae. Sunfish eat snails. Herons eat sunfish. Draw an arrow between each pair to show which way the energy flows.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Look for: </w:t>
      </w:r>
      <w:r>
        <w:rPr>
          <w:rFonts w:ascii="Arial" w:hAnsi="Arial" w:cs="Arial" w:eastAsia="Arial"/>
          <w:color w:val="111814"/>
          <w:sz w:val="21"/>
        </w:rPr>
        <w:t>Three arrows, each pointing toward the eater: Algae → Snails, Snails → Sunfish, Sunfish → Herons.</w:t>
      </w:r>
    </w:p>
    <w:p>
      <w:pPr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743200" cy="57275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572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This energy pyramid shows the Cedar Hollow Pond food chain. Which level has the most energy?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D. Algae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The producers at the bottom have the most energy. Each level up gets only about 10 percent of the level below.</w:t>
      </w:r>
    </w:p>
    <w:p>
      <w:pPr>
        <w:pStyle w:val="Heading2"/>
      </w:pPr>
      <w:r>
        <w:t>Part 3: Run the season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>In the pond, sunfish are the only animals that eat snails. If a sickness killed most of the sunfish, the number of snails would most likely go ____ at first. Then the snails would eat more ____, so the amount of algae would most likely go ____.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In the pond, sunfish are the only animals that eat snails. If a sickness killed most of the sunfish, the number of snails would most likely go </w:t>
      </w:r>
      <w:r>
        <w:rPr>
          <w:rFonts w:ascii="Arial" w:hAnsi="Arial" w:cs="Arial" w:eastAsia="Arial"/>
          <w:b/>
          <w:color w:val="134B31"/>
          <w:sz w:val="21"/>
          <w:u w:val="single"/>
        </w:rPr>
        <w:t>up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at first. Then the snails would eat more </w:t>
      </w:r>
      <w:r>
        <w:rPr>
          <w:rFonts w:ascii="Arial" w:hAnsi="Arial" w:cs="Arial" w:eastAsia="Arial"/>
          <w:b/>
          <w:color w:val="134B31"/>
          <w:sz w:val="21"/>
          <w:u w:val="single"/>
        </w:rPr>
        <w:t>algae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, so the amount of algae would most likely go </w:t>
      </w:r>
      <w:r>
        <w:rPr>
          <w:rFonts w:ascii="Arial" w:hAnsi="Arial" w:cs="Arial" w:eastAsia="Arial"/>
          <w:b/>
          <w:color w:val="134B31"/>
          <w:sz w:val="21"/>
          <w:u w:val="single"/>
        </w:rPr>
        <w:t>down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>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With fewer sunfish eating them, more snails survive. Snails eat algae, so more snails means less algae later.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Food Web Rescue  ·  Level 1: Support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Web Rescue Level 1: Support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