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SLICE SHOP  ·  LEVEL 3: CHALLENGE</w:t>
      </w:r>
    </w:p>
    <w:p>
      <w:pPr>
        <w:pStyle w:val="Title"/>
      </w:pPr>
      <w:r>
        <w:t>Slice Shop: Big Orders, Compare, Add, and Take Away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Compare with a benchmark (like 1/2) or a common denominator. Add or take away only when the denominators match. Write amounts greater than 1 as mixed numbers, like 5/4 = 1 1/4.</w:t>
      </w:r>
    </w:p>
    <w:p>
      <w:pPr>
        <w:pStyle w:val="Heading1"/>
      </w:pPr>
      <w:r>
        <w:t>Part 1: Big orders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Coach Ruiz needs 1 3/6 pies. The same-size pies are cut into 6 slices each. Serve ________________ whole pie and ________________ more slices. That is ________________ slices in all.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377440" cy="10698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1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069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Mr. Abara wants 1 1/2 apple pies. The pies are cut into 4 slices each. How many slices do you serve?</w:t>
      </w:r>
    </w:p>
    <w:p>
      <w:pPr>
        <w:tabs>
          <w:tab w:pos="2952" w:val="left"/>
          <w:tab w:pos="5328" w:val="left"/>
          <w:tab w:pos="7704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3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5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8</w:t>
      </w:r>
      <w:r>
        <w:rPr>
          <w:rFonts w:ascii="Arial" w:hAnsi="Arial" w:cs="Arial" w:eastAsia="Arial"/>
          <w:b/>
          <w:color w:val="1D6A45"/>
        </w:rPr>
        <w:tab/>
        <w:t xml:space="preserve">D.  </w:t>
      </w:r>
      <w:r>
        <w:t>6</w:t>
      </w:r>
    </w:p>
    <w:p>
      <w:pPr>
        <w:pStyle w:val="Heading1"/>
      </w:pPr>
      <w:r>
        <w:t>Part 2: Compare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Write &gt;, &lt;, or = in each blank: 3/8 ________________ 3/5, 5/6 ________________ 10/12, 7/10 ________________ 1/2, 2/3 ________________ 3/4.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Nadia ordered 5/8 of a pie. Theo ordered 2/5 of a same-size pie. Who gets the bigger box?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Theo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Nadia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Same size boxes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Rosa says 4/6 of a pie is more than 4/5 of a same-size pie, because 6 is greater than 5. Is Rosa right? Explain.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pPr>
        <w:pStyle w:val="Heading1"/>
      </w:pPr>
      <w:r>
        <w:t>Part 3: Add and take away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Mr. Abara boxed up 3/4 of one pumpkin pie and 3/4 of another same-size pumpkin pie. How much pie is in the box?</w:t>
      </w:r>
    </w:p>
    <w:p>
      <w:pPr>
        <w:tabs>
          <w:tab w:pos="2952" w:val="left"/>
          <w:tab w:pos="5328" w:val="left"/>
          <w:tab w:pos="7704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6/8 of a pie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3/4 of a pie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1 2/4 pies</w:t>
      </w:r>
      <w:r>
        <w:rPr>
          <w:rFonts w:ascii="Arial" w:hAnsi="Arial" w:cs="Arial" w:eastAsia="Arial"/>
          <w:b/>
          <w:color w:val="1D6A45"/>
        </w:rPr>
        <w:tab/>
        <w:t xml:space="preserve">D.  </w:t>
      </w:r>
      <w:r>
        <w:t>1 1/4 pies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>Ms. Park's box: 5/6 + 4/6 = ________________ = ________________ (write the sum as a fraction, then as a mixed number).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Match each box to the amount it holds. One choice is extra.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color w:val="47524C"/>
          <w:sz w:val="18"/>
        </w:rPr>
        <w:t>Write the letter of the match on each line.</w:t>
      </w:r>
    </w:p>
    <w:tbl>
      <w:tblPr>
        <w:tblW w:type="dxa" w:w="9504"/>
        <w:tblBorders>
          <w:top w:val="single" w:sz="6" w:color="CFD9D2"/>
          <w:left w:val="nil"/>
          <w:bottom w:val="single" w:sz="6" w:color="CFD9D2"/>
          <w:right w:val="nil"/>
          <w:insideH w:val="single" w:sz="6" w:color="CFD9D2"/>
          <w:insideV w:val="nil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008"/>
        <w:gridCol w:w="3744"/>
        <w:gridCol w:w="288"/>
        <w:gridCol w:w="4464"/>
      </w:tblGrid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4/5 + 3/5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A.  </w:t>
            </w:r>
            <w:r>
              <w:t>1 2/5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5/6 + 1/6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B.  </w:t>
            </w:r>
            <w:r>
              <w:t>1 3/8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7/8 + 3/8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C.  </w:t>
            </w:r>
            <w:r>
              <w:t>1 whole</w:t>
            </w:r>
          </w:p>
        </w:tc>
      </w:tr>
      <w:tr>
        <w:trPr>
          <w:cantSplit/>
        </w:trPr>
        <w:tc>
          <w:tcPr>
            <w:tcW w:type="dxa" w:w="1008"/>
          </w:tcPr>
          <w:p/>
        </w:tc>
        <w:tc>
          <w:tcPr>
            <w:tcW w:type="dxa" w:w="3744"/>
          </w:tcPr>
          <w:p/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D.  </w:t>
            </w:r>
            <w:r>
              <w:t>1 2/8</w:t>
            </w:r>
          </w:p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9.</w:t>
        <w:tab/>
      </w:r>
      <w:r>
        <w:t>A cherry pie was cut into 8 slices, and 7/8 of it is left. Ms. Park buys 3/8 of the pie. How much is left? 7/8 - 3/8 = ________________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10.</w:t>
        <w:tab/>
      </w:r>
      <w:r>
        <w:t>Lena bought 2/8 of an apple pie and 3/8 of the same pie. Jun says she bought more than half of the pie. Is Jun right? Show your work.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SLICE SHOP  ·  LEVEL 3: CHALLENGE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Slice Shop: Big Orders, Compare, Add, and Take Away</w:t>
      </w:r>
    </w:p>
    <w:p>
      <w:pPr>
        <w:pStyle w:val="Heading2"/>
      </w:pPr>
      <w:r>
        <w:t>Part 1: Big orders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Coach Ruiz needs 1 3/6 pies. The same-size pies are cut into 6 slices each. Serve ____ whole pie and ____ more slices. That is ____ slices in all.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Coach Ruiz needs 1 3/6 pies. The same-size pies are cut into 6 slices each. Serve </w:t>
      </w:r>
      <w:r>
        <w:rPr>
          <w:rFonts w:ascii="Arial" w:hAnsi="Arial" w:cs="Arial" w:eastAsia="Arial"/>
          <w:b/>
          <w:color w:val="134B31"/>
          <w:sz w:val="21"/>
          <w:u w:val="single"/>
        </w:rPr>
        <w:t>1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whole pie and </w:t>
      </w:r>
      <w:r>
        <w:rPr>
          <w:rFonts w:ascii="Arial" w:hAnsi="Arial" w:cs="Arial" w:eastAsia="Arial"/>
          <w:b/>
          <w:color w:val="134B31"/>
          <w:sz w:val="21"/>
          <w:u w:val="single"/>
        </w:rPr>
        <w:t>3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more slices. That is </w:t>
      </w:r>
      <w:r>
        <w:rPr>
          <w:rFonts w:ascii="Arial" w:hAnsi="Arial" w:cs="Arial" w:eastAsia="Arial"/>
          <w:b/>
          <w:color w:val="134B31"/>
          <w:sz w:val="21"/>
          <w:u w:val="single"/>
        </w:rPr>
        <w:t>9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slices in all.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1 whole pie is 6 slices, and 6 + 3 = 9 slices. So 1 3/6 = 9/6.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Mr. Abara wants 1 1/2 apple pies. The pies are cut into 4 slices each. How many slices do you serve?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D. 6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1 1/2 = 1 2/4. 1 whole pie is 4 slices, plus 2 more slices: 4 + 2 = 6 slices.</w:t>
      </w:r>
    </w:p>
    <w:p>
      <w:pPr>
        <w:pStyle w:val="Heading2"/>
      </w:pPr>
      <w:r>
        <w:t>Part 2: Compare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Write &gt;, &lt;, or = in each blank: 3/8 ____ 3/5, 5/6 ____ 10/12, 7/10 ____ 1/2, 2/3 ____ 3/4.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Write &gt;, &lt;, or = in each blank: 3/8 </w:t>
      </w:r>
      <w:r>
        <w:rPr>
          <w:rFonts w:ascii="Arial" w:hAnsi="Arial" w:cs="Arial" w:eastAsia="Arial"/>
          <w:b/>
          <w:color w:val="134B31"/>
          <w:sz w:val="21"/>
          <w:u w:val="single"/>
        </w:rPr>
        <w:t>&lt;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3/5, 5/6 </w:t>
      </w:r>
      <w:r>
        <w:rPr>
          <w:rFonts w:ascii="Arial" w:hAnsi="Arial" w:cs="Arial" w:eastAsia="Arial"/>
          <w:b/>
          <w:color w:val="134B31"/>
          <w:sz w:val="21"/>
          <w:u w:val="single"/>
        </w:rPr>
        <w:t>=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10/12, 7/10 </w:t>
      </w:r>
      <w:r>
        <w:rPr>
          <w:rFonts w:ascii="Arial" w:hAnsi="Arial" w:cs="Arial" w:eastAsia="Arial"/>
          <w:b/>
          <w:color w:val="134B31"/>
          <w:sz w:val="21"/>
          <w:u w:val="single"/>
        </w:rPr>
        <w:t>&gt;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1/2, 2/3 </w:t>
      </w:r>
      <w:r>
        <w:rPr>
          <w:rFonts w:ascii="Arial" w:hAnsi="Arial" w:cs="Arial" w:eastAsia="Arial"/>
          <w:b/>
          <w:color w:val="134B31"/>
          <w:sz w:val="21"/>
          <w:u w:val="single"/>
        </w:rPr>
        <w:t>&lt;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3/4.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Same numerator: eighths are smaller than fifths. 5/6 = 10/12. 7/10 is more than 5/10. 2/3 = 8/12 and 3/4 = 9/12.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Nadia ordered 5/8 of a pie. Theo ordered 2/5 of a same-size pie. Who gets the bigger box?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Nadia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5/8 is more than 4/8, which is 1/2. 2/5 = 4/10, which is less than 5/10, which is 1/2. So Nadia ordered more pie.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Rosa says 4/6 of a pie is more than 4/5 of a same-size pie, because 6 is greater than 5. Is Rosa right? Explain.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No. Both orders have 4 slices, but sixths are smaller slices than fifths, so 4/6 &lt; 4/5.</w:t>
      </w:r>
    </w:p>
    <w:p>
      <w:pPr>
        <w:pStyle w:val="Heading2"/>
      </w:pPr>
      <w:r>
        <w:t>Part 3: Add and take away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Mr. Abara boxed up 3/4 of one pumpkin pie and 3/4 of another same-size pumpkin pie. How much pie is in the box?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1 2/4 pies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3/4 + 3/4 = 6/4. Since 4/4 is 1 whole pie, 6/4 = 1 2/4 pies. Also correct: 1 1/2 pies (the same amount in simplest form). 6/8 comes from adding the denominators too, which is not correct.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>Ms. Park's box: 5/6 + 4/6 = ____ = ____ (write the sum as a fraction, then as a mixed number).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Ms. Park's box: 5/6 + 4/6 = </w:t>
      </w:r>
      <w:r>
        <w:rPr>
          <w:rFonts w:ascii="Arial" w:hAnsi="Arial" w:cs="Arial" w:eastAsia="Arial"/>
          <w:b/>
          <w:color w:val="134B31"/>
          <w:sz w:val="21"/>
          <w:u w:val="single"/>
        </w:rPr>
        <w:t>9/6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= </w:t>
      </w:r>
      <w:r>
        <w:rPr>
          <w:rFonts w:ascii="Arial" w:hAnsi="Arial" w:cs="Arial" w:eastAsia="Arial"/>
          <w:b/>
          <w:color w:val="134B31"/>
          <w:sz w:val="21"/>
          <w:u w:val="single"/>
        </w:rPr>
        <w:t>1 3/6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(write the sum as a fraction, then as a mixed number).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Add the top numbers and keep the sixths. 6/6 is 1 whole pie, so 9/6 = 1 3/6. Also correct for the mixed number: 1 1/2 (the same amount in simplest form).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Match each box to the amount it holds. One choice is extra.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4/5 + 3/5: A. 1 2/5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5/6 + 1/6: C. 1 whole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7/8 + 3/8: D. 1 2/8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4/5 + 3/5 = 7/5 = 1 2/5. 5/6 + 1/6 = 6/6 = 1 whole. 7/8 + 3/8 = 10/8 = 1 2/8 (also correct in simplest form: 1 1/4). 1 3/8 is the extra choice.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9.</w:t>
        <w:tab/>
      </w:r>
      <w:r>
        <w:rPr>
          <w:rFonts w:ascii="Arial" w:hAnsi="Arial" w:cs="Arial" w:eastAsia="Arial"/>
          <w:color w:val="47524C"/>
          <w:sz w:val="20"/>
        </w:rPr>
        <w:t>A cherry pie was cut into 8 slices, and 7/8 of it is left. Ms. Park buys 3/8 of the pie. How much is left? 7/8 - 3/8 = ____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A cherry pie was cut into 8 slices, and 7/8 of it is left. Ms. Park buys 3/8 of the pie. How much is left? 7/8 - 3/8 = </w:t>
      </w:r>
      <w:r>
        <w:rPr>
          <w:rFonts w:ascii="Arial" w:hAnsi="Arial" w:cs="Arial" w:eastAsia="Arial"/>
          <w:b/>
          <w:color w:val="134B31"/>
          <w:sz w:val="21"/>
          <w:u w:val="single"/>
        </w:rPr>
        <w:t>4/8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Take away the top numbers and keep the eighths. Also correct: 1/2 (the same amount in simplest form).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10.</w:t>
        <w:tab/>
      </w:r>
      <w:r>
        <w:rPr>
          <w:rFonts w:ascii="Arial" w:hAnsi="Arial" w:cs="Arial" w:eastAsia="Arial"/>
          <w:color w:val="47524C"/>
          <w:sz w:val="20"/>
        </w:rPr>
        <w:t>Lena bought 2/8 of an apple pie and 3/8 of the same pie. Jun says she bought more than half of the pie. Is Jun right? Show your work.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Yes. 2/8 + 3/8 = 5/8. Half of the pie is 4/8, and 5/8 &gt; 4/8, so Lena bought more than half of the pie.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Cedar Hollow Slice Shop  ·  Level 3: Challenge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Hollow Slice Shop Level 3: Challenge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