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 w:cs="Arial" w:eastAsia="Arial"/>
          <w:color w:val="47524C"/>
          <w:sz w:val="22"/>
        </w:rPr>
        <w:t xml:space="preserve">Name </w:t>
      </w:r>
      <w:r>
        <w:rPr>
          <w:rFonts w:ascii="Arial" w:hAnsi="Arial" w:cs="Arial" w:eastAsia="Arial"/>
          <w:color w:val="8A968F"/>
          <w:sz w:val="22"/>
        </w:rPr>
        <w:t>__________________________________</w:t>
      </w:r>
      <w:r>
        <w:rPr>
          <w:rFonts w:ascii="Arial" w:hAnsi="Arial" w:cs="Arial" w:eastAsia="Arial"/>
          <w:color w:val="47524C"/>
          <w:sz w:val="22"/>
        </w:rPr>
        <w:t xml:space="preserve">     Date </w:t>
      </w:r>
      <w:r>
        <w:rPr>
          <w:rFonts w:ascii="Arial" w:hAnsi="Arial" w:cs="Arial" w:eastAsia="Arial"/>
          <w:color w:val="8A968F"/>
          <w:sz w:val="22"/>
        </w:rPr>
        <w:t>________________</w:t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CEDAR HOLLOW SLICE SHOP  ·  LEVEL 2: ON LEVEL</w:t>
      </w:r>
    </w:p>
    <w:p>
      <w:pPr>
        <w:pStyle w:val="Title"/>
      </w:pPr>
      <w:r>
        <w:t>Slice Shop: Equivalent Orders</w:t>
      </w:r>
    </w:p>
    <w:p>
      <w:pPr>
        <w:pBdr>
          <w:left w:val="single" w:sz="24" w:space="8" w:color="1D6A45"/>
        </w:pBdr>
        <w:shd w:val="clear" w:color="auto" w:fill="E2EFE6"/>
        <w:spacing w:after="160"/>
        <w:ind w:left="200"/>
      </w:pPr>
      <w:r>
        <w:t>Equivalent fractions name the same amount. Use the pies, or multiply the numerator and the denominator by the same number. Red slices are served. Show your thinking.</w:t>
      </w:r>
    </w:p>
    <w:p>
      <w:pPr>
        <w:pStyle w:val="Heading1"/>
      </w:pPr>
      <w:r>
        <w:t>Part 1: Serve with smaller slices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1.</w:t>
        <w:tab/>
      </w:r>
      <w:r>
        <w:t>Zoe wants 2/3 of a blueberry pie. Today the same-size pies are cut into 6 slices. How many slices do you serve?</w:t>
      </w:r>
    </w:p>
    <w:p>
      <w:pPr>
        <w:keepNext/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2194560" cy="11970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1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11970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tabs>
          <w:tab w:pos="2952" w:val="left"/>
          <w:tab w:pos="5328" w:val="left"/>
          <w:tab w:pos="7704" w:val="left"/>
        </w:tabs>
        <w:spacing w:after="8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4</w:t>
      </w:r>
      <w:r>
        <w:rPr>
          <w:rFonts w:ascii="Arial" w:hAnsi="Arial" w:cs="Arial" w:eastAsia="Arial"/>
          <w:b/>
          <w:color w:val="1D6A45"/>
        </w:rPr>
        <w:tab/>
        <w:t xml:space="preserve">B.  </w:t>
      </w:r>
      <w:r>
        <w:t>2</w:t>
      </w:r>
      <w:r>
        <w:rPr>
          <w:rFonts w:ascii="Arial" w:hAnsi="Arial" w:cs="Arial" w:eastAsia="Arial"/>
          <w:b/>
          <w:color w:val="1D6A45"/>
        </w:rPr>
        <w:tab/>
        <w:t xml:space="preserve">C.  </w:t>
      </w:r>
      <w:r>
        <w:t>3</w:t>
      </w:r>
      <w:r>
        <w:rPr>
          <w:rFonts w:ascii="Arial" w:hAnsi="Arial" w:cs="Arial" w:eastAsia="Arial"/>
          <w:b/>
          <w:color w:val="1D6A45"/>
        </w:rPr>
        <w:tab/>
        <w:t xml:space="preserve">D.  </w:t>
      </w:r>
      <w:r>
        <w:t>6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2.</w:t>
        <w:tab/>
      </w:r>
      <w:r>
        <w:t>Ana wants 3/4 of a pie. The first pie shows 3/4. Shade the second pie to show the same amount. Then write the fraction in eighths.</w:t>
      </w:r>
    </w:p>
    <w:p>
      <w:pPr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2194560" cy="119703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1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11970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3.</w:t>
        <w:tab/>
      </w:r>
      <w:r>
        <w:t>Fill in the missing numbers: 1/2 = ________________/10, 3/4 = 9/________________, and 2/3 = ________________/12.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4.</w:t>
        <w:tab/>
      </w:r>
      <w:r>
        <w:t xml:space="preserve">Kai ordered 1/3 of a pie. Which amount is </w:t>
      </w:r>
      <w:r>
        <w:rPr>
          <w:rFonts w:ascii="Arial" w:hAnsi="Arial" w:cs="Arial" w:eastAsia="Arial"/>
          <w:b/>
        </w:rPr>
        <w:t>not</w:t>
      </w:r>
      <w:r>
        <w:t xml:space="preserve"> the same as 1/3 of a pie?</w:t>
      </w:r>
    </w:p>
    <w:p>
      <w:pPr>
        <w:tabs>
          <w:tab w:pos="3744" w:val="left"/>
          <w:tab w:pos="6912" w:val="left"/>
        </w:tabs>
        <w:spacing w:after="8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2/6</w:t>
      </w:r>
      <w:r>
        <w:rPr>
          <w:rFonts w:ascii="Arial" w:hAnsi="Arial" w:cs="Arial" w:eastAsia="Arial"/>
          <w:b/>
          <w:color w:val="1D6A45"/>
        </w:rPr>
        <w:tab/>
        <w:t xml:space="preserve">B.  </w:t>
      </w:r>
      <w:r>
        <w:t>3/6</w:t>
      </w:r>
      <w:r>
        <w:rPr>
          <w:rFonts w:ascii="Arial" w:hAnsi="Arial" w:cs="Arial" w:eastAsia="Arial"/>
          <w:b/>
          <w:color w:val="1D6A45"/>
        </w:rPr>
        <w:tab/>
        <w:t xml:space="preserve">C.  </w:t>
      </w:r>
      <w:r>
        <w:t>4/12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5.</w:t>
        <w:tab/>
      </w:r>
      <w:r>
        <w:t>2/3 = 3/4, because you add 1 to the top and 1 to the bottom.</w:t>
      </w:r>
    </w:p>
    <w:p>
      <w:pPr>
        <w:spacing w:after="40"/>
        <w:ind w:left="576"/>
      </w:pPr>
      <w:r>
        <w:rPr>
          <w:b/>
        </w:rPr>
        <w:t>True          False</w:t>
      </w:r>
    </w:p>
    <w:p>
      <w:pPr>
        <w:spacing w:after="40"/>
        <w:ind w:left="576"/>
      </w:pPr>
      <w:r>
        <w:rPr>
          <w:rFonts w:ascii="Arial" w:hAnsi="Arial" w:cs="Arial" w:eastAsia="Arial"/>
          <w:color w:val="47524C"/>
          <w:sz w:val="18"/>
        </w:rPr>
        <w:t>Circle one.</w:t>
      </w:r>
    </w:p>
    <w:p>
      <w:pPr>
        <w:pStyle w:val="Heading1"/>
      </w:pPr>
      <w:r>
        <w:t>Part 2: Compare orders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6.</w:t>
        <w:tab/>
      </w:r>
      <w:r>
        <w:t>Leo ordered 3/4 of a pie. Zoe ordered 5/8 of a same-size pie. Who gets the bigger box?</w:t>
      </w:r>
    </w:p>
    <w:p>
      <w:pPr>
        <w:tabs>
          <w:tab w:pos="3744" w:val="left"/>
          <w:tab w:pos="6912" w:val="left"/>
        </w:tabs>
        <w:spacing w:after="8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Zoe</w:t>
      </w:r>
      <w:r>
        <w:rPr>
          <w:rFonts w:ascii="Arial" w:hAnsi="Arial" w:cs="Arial" w:eastAsia="Arial"/>
          <w:b/>
          <w:color w:val="1D6A45"/>
        </w:rPr>
        <w:tab/>
        <w:t xml:space="preserve">B.  </w:t>
      </w:r>
      <w:r>
        <w:t>Same size boxes</w:t>
      </w:r>
      <w:r>
        <w:rPr>
          <w:rFonts w:ascii="Arial" w:hAnsi="Arial" w:cs="Arial" w:eastAsia="Arial"/>
          <w:b/>
          <w:color w:val="1D6A45"/>
        </w:rPr>
        <w:tab/>
        <w:t xml:space="preserve">C.  </w:t>
      </w:r>
      <w:r>
        <w:t>Leo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7.</w:t>
        <w:tab/>
      </w:r>
      <w:r>
        <w:t>Sort each order into the box with the fraction it is equal to.</w:t>
      </w:r>
    </w:p>
    <w:tbl>
      <w:tblPr>
        <w:tblW w:type="dxa" w:w="9504"/>
        <w:tblBorders>
          <w:top w:val="single" w:sz="6" w:color="8FC5A3"/>
          <w:left w:val="single" w:sz="6" w:color="8FC5A3"/>
          <w:bottom w:val="single" w:sz="6" w:color="8FC5A3"/>
          <w:right w:val="single" w:sz="6" w:color="8FC5A3"/>
          <w:insideH w:val="single" w:sz="6" w:color="8FC5A3"/>
          <w:insideV w:val="single" w:sz="6" w:color="8FC5A3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504"/>
          </w:tcPr>
          <w:p>
            <w:pPr>
              <w:spacing w:after="0"/>
            </w:pPr>
            <w:r>
              <w:t>Items to sort:  2/4     5/10     2/8     3/12     4/6     8/12</w:t>
            </w:r>
          </w:p>
        </w:tc>
      </w:tr>
    </w:tbl>
    <w:p>
      <w:pPr>
        <w:keepNext/>
        <w:spacing w:after="0" w:line="120" w:lineRule="auto"/>
      </w:pPr>
    </w:p>
    <w:tbl>
      <w:tblPr>
        <w:tblW w:type="dxa" w:w="9504"/>
        <w:tblBorders>
          <w:top w:val="single" w:sz="6" w:color="CFD9D2"/>
          <w:left w:val="single" w:sz="6" w:color="CFD9D2"/>
          <w:bottom w:val="single" w:sz="6" w:color="CFD9D2"/>
          <w:right w:val="single" w:sz="6" w:color="CFD9D2"/>
          <w:insideH w:val="single" w:sz="6" w:color="CFD9D2"/>
          <w:insideV w:val="single" w:sz="6" w:color="CFD9D2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168"/>
        <w:gridCol w:w="3168"/>
        <w:gridCol w:w="3168"/>
      </w:tblGrid>
      <w:tr>
        <w:trPr>
          <w:cantSplit/>
        </w:trPr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1/2</w:t>
            </w:r>
          </w:p>
        </w:tc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1/4</w:t>
            </w:r>
          </w:p>
        </w:tc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2/3</w:t>
            </w:r>
          </w:p>
        </w:tc>
      </w:tr>
      <w:tr>
        <w:trPr>
          <w:trHeight w:val="605" w:hRule="atLeast"/>
          <w:cantSplit/>
        </w:trPr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  <w:tr>
        <w:trPr>
          <w:trHeight w:val="605" w:hRule="atLeast"/>
          <w:cantSplit/>
        </w:trPr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  <w:tr>
        <w:trPr>
          <w:trHeight w:val="605" w:hRule="atLeast"/>
          <w:cantSplit/>
        </w:trPr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</w:tbl>
    <w:p>
      <w:pPr>
        <w:spacing w:after="40"/>
      </w:pPr>
    </w:p>
    <w:p>
      <w:pPr>
        <w:pStyle w:val="Heading1"/>
      </w:pPr>
      <w:r>
        <w:t>Part 3: Label the box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8.</w:t>
        <w:tab/>
      </w:r>
      <w:r>
        <w:t>Sam's box has 1/6 of the apple pie and 2/6 of the cherry pie. Which label goes on the box?</w:t>
      </w:r>
    </w:p>
    <w:p>
      <w:pPr>
        <w:keepNext/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2011680" cy="105877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1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0587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tabs>
          <w:tab w:pos="3744" w:val="left"/>
          <w:tab w:pos="6912" w:val="left"/>
        </w:tabs>
        <w:spacing w:after="8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3/12</w:t>
      </w:r>
      <w:r>
        <w:rPr>
          <w:rFonts w:ascii="Arial" w:hAnsi="Arial" w:cs="Arial" w:eastAsia="Arial"/>
          <w:b/>
          <w:color w:val="1D6A45"/>
        </w:rPr>
        <w:tab/>
        <w:t xml:space="preserve">B.  </w:t>
      </w:r>
      <w:r>
        <w:t>3/6</w:t>
      </w:r>
      <w:r>
        <w:rPr>
          <w:rFonts w:ascii="Arial" w:hAnsi="Arial" w:cs="Arial" w:eastAsia="Arial"/>
          <w:b/>
          <w:color w:val="1D6A45"/>
        </w:rPr>
        <w:tab/>
        <w:t xml:space="preserve">C.  </w:t>
      </w:r>
      <w:r>
        <w:t>2/6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9.</w:t>
        <w:tab/>
      </w:r>
      <w:r>
        <w:t>Write the label for each box: 2/8 + 3/8 = ________________ and 1/4 + 2/4 = ________________.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10.</w:t>
        <w:tab/>
      </w:r>
      <w:r>
        <w:t>Ana ordered 4/8 of a pie. Mr. Okafor ordered 1/2 of a same-size pie. Ana says she gets more pie because 4 is more than 1. Is she right? Explain with a model or numbers.</w:t>
      </w:r>
    </w:p>
    <w:p>
      <w:pPr>
        <w:keepNext/>
        <w:pBdr>
          <w:bottom w:val="single" w:sz="6" w:space="1" w:color="8A968F"/>
        </w:pBdr>
        <w:spacing w:after="0" w:before="360"/>
        <w:ind w:left="576"/>
      </w:pPr>
    </w:p>
    <w:p>
      <w:pPr>
        <w:keepNext/>
        <w:pBdr>
          <w:bottom w:val="single" w:sz="6" w:space="1" w:color="8A968F"/>
        </w:pBdr>
        <w:spacing w:after="0" w:before="360"/>
        <w:ind w:left="576"/>
      </w:pPr>
    </w:p>
    <w:p>
      <w:pPr>
        <w:pBdr>
          <w:bottom w:val="single" w:sz="6" w:space="1" w:color="8A968F"/>
        </w:pBdr>
        <w:spacing w:after="0" w:before="360"/>
        <w:ind w:left="576"/>
      </w:pPr>
    </w:p>
    <w:p>
      <w:r>
        <w:br w:type="page"/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CEDAR HOLLOW SLICE SHOP  ·  LEVEL 2: ON LEVEL</w:t>
      </w:r>
    </w:p>
    <w:p>
      <w:pPr>
        <w:pStyle w:val="Title"/>
      </w:pPr>
      <w:r>
        <w:t>Answer Key</w:t>
      </w:r>
    </w:p>
    <w:p>
      <w:pPr>
        <w:spacing w:after="120"/>
      </w:pPr>
      <w:r>
        <w:rPr>
          <w:rFonts w:ascii="Arial" w:hAnsi="Arial" w:cs="Arial" w:eastAsia="Arial"/>
          <w:color w:val="47524C"/>
          <w:sz w:val="22"/>
        </w:rPr>
        <w:t>Slice Shop: Equivalent Orders</w:t>
      </w:r>
    </w:p>
    <w:p>
      <w:pPr>
        <w:pStyle w:val="Heading2"/>
      </w:pPr>
      <w:r>
        <w:t>Part 1: Serve with smaller slices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1.</w:t>
        <w:tab/>
      </w:r>
      <w:r>
        <w:rPr>
          <w:rFonts w:ascii="Arial" w:hAnsi="Arial" w:cs="Arial" w:eastAsia="Arial"/>
          <w:color w:val="47524C"/>
          <w:sz w:val="20"/>
        </w:rPr>
        <w:t>Zoe wants 2/3 of a blueberry pie. Today the same-size pies are cut into 6 slices. How many slices do you serve?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A. 4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Each third is 2 sixths, so 2/3 = 4/6. Also, 2 times 2 = 4 and 3 times 2 = 6.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2.</w:t>
        <w:tab/>
      </w:r>
      <w:r>
        <w:rPr>
          <w:rFonts w:ascii="Arial" w:hAnsi="Arial" w:cs="Arial" w:eastAsia="Arial"/>
          <w:color w:val="47524C"/>
          <w:sz w:val="20"/>
        </w:rPr>
        <w:t>Ana wants 3/4 of a pie. The first pie shows 3/4. Shade the second pie to show the same amount. Then write the fraction in eighths.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D6A45"/>
          <w:sz w:val="21"/>
        </w:rPr>
        <w:t xml:space="preserve">Look for: </w:t>
      </w:r>
      <w:r>
        <w:rPr>
          <w:rFonts w:ascii="Arial" w:hAnsi="Arial" w:cs="Arial" w:eastAsia="Arial"/>
          <w:color w:val="111814"/>
          <w:sz w:val="21"/>
        </w:rPr>
        <w:t>6 of the 8 slices are shaded. So 3/4 = 6/8.</w:t>
      </w:r>
    </w:p>
    <w:p>
      <w:pPr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2194560" cy="119703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1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11970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3.</w:t>
        <w:tab/>
      </w:r>
      <w:r>
        <w:rPr>
          <w:rFonts w:ascii="Arial" w:hAnsi="Arial" w:cs="Arial" w:eastAsia="Arial"/>
          <w:color w:val="47524C"/>
          <w:sz w:val="20"/>
        </w:rPr>
        <w:t>Fill in the missing numbers: 1/2 = ____/10, 3/4 = 9/____, and 2/3 = ____/12.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Fill in the missing numbers: 1/2 = </w:t>
      </w:r>
      <w:r>
        <w:rPr>
          <w:rFonts w:ascii="Arial" w:hAnsi="Arial" w:cs="Arial" w:eastAsia="Arial"/>
          <w:b/>
          <w:color w:val="134B31"/>
          <w:sz w:val="21"/>
          <w:u w:val="single"/>
        </w:rPr>
        <w:t>5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>/10, 3/4 = 9/</w:t>
      </w:r>
      <w:r>
        <w:rPr>
          <w:rFonts w:ascii="Arial" w:hAnsi="Arial" w:cs="Arial" w:eastAsia="Arial"/>
          <w:b/>
          <w:color w:val="134B31"/>
          <w:sz w:val="21"/>
          <w:u w:val="single"/>
        </w:rPr>
        <w:t>12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, and 2/3 = </w:t>
      </w:r>
      <w:r>
        <w:rPr>
          <w:rFonts w:ascii="Arial" w:hAnsi="Arial" w:cs="Arial" w:eastAsia="Arial"/>
          <w:b/>
          <w:color w:val="134B31"/>
          <w:sz w:val="21"/>
          <w:u w:val="single"/>
        </w:rPr>
        <w:t>8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>/12.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1 times 5 = 5 and 2 times 5 = 10. 3 times 3 = 9, so 4 times 3 = 12. 2 times 4 = 8 and 3 times 4 = 12.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4.</w:t>
        <w:tab/>
      </w:r>
      <w:r>
        <w:rPr>
          <w:rFonts w:ascii="Arial" w:hAnsi="Arial" w:cs="Arial" w:eastAsia="Arial"/>
          <w:color w:val="47524C"/>
          <w:sz w:val="20"/>
        </w:rPr>
        <w:t xml:space="preserve">Kai ordered 1/3 of a pie. Which amount is </w:t>
      </w:r>
      <w:r>
        <w:rPr>
          <w:rFonts w:ascii="Arial" w:hAnsi="Arial" w:cs="Arial" w:eastAsia="Arial"/>
          <w:b/>
          <w:color w:val="47524C"/>
          <w:sz w:val="20"/>
        </w:rPr>
        <w:t>not</w:t>
      </w:r>
      <w:r>
        <w:rPr>
          <w:rFonts w:ascii="Arial" w:hAnsi="Arial" w:cs="Arial" w:eastAsia="Arial"/>
          <w:color w:val="47524C"/>
          <w:sz w:val="20"/>
        </w:rPr>
        <w:t xml:space="preserve"> the same as 1/3 of a pie?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B. 3/6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2/6 and 4/12 equal 1/3. 3/6 equals 1/2, because 3 is half of 6.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5.</w:t>
        <w:tab/>
      </w:r>
      <w:r>
        <w:rPr>
          <w:rFonts w:ascii="Arial" w:hAnsi="Arial" w:cs="Arial" w:eastAsia="Arial"/>
          <w:color w:val="47524C"/>
          <w:sz w:val="20"/>
        </w:rPr>
        <w:t>2/3 = 3/4, because you add 1 to the top and 1 to the bottom.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False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Adding the same number does not make an equivalent fraction. 2/3 = 8/12 and 3/4 = 9/12, so they are not equal.</w:t>
      </w:r>
    </w:p>
    <w:p>
      <w:pPr>
        <w:pStyle w:val="Heading2"/>
      </w:pPr>
      <w:r>
        <w:t>Part 2: Compare orders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6.</w:t>
        <w:tab/>
      </w:r>
      <w:r>
        <w:rPr>
          <w:rFonts w:ascii="Arial" w:hAnsi="Arial" w:cs="Arial" w:eastAsia="Arial"/>
          <w:color w:val="47524C"/>
          <w:sz w:val="20"/>
        </w:rPr>
        <w:t>Leo ordered 3/4 of a pie. Zoe ordered 5/8 of a same-size pie. Who gets the bigger box?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C. Leo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3/4 = 6/8, and 6/8 &gt; 5/8. So Leo ordered more pie.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7.</w:t>
        <w:tab/>
      </w:r>
      <w:r>
        <w:rPr>
          <w:rFonts w:ascii="Arial" w:hAnsi="Arial" w:cs="Arial" w:eastAsia="Arial"/>
          <w:color w:val="47524C"/>
          <w:sz w:val="20"/>
        </w:rPr>
        <w:t>Sort each order into the box with the fraction it is equal to.</w:t>
      </w:r>
    </w:p>
    <w:tbl>
      <w:tblPr>
        <w:tblW w:type="dxa" w:w="9504"/>
        <w:tblBorders>
          <w:top w:val="single" w:sz="6" w:color="CFD9D2"/>
          <w:left w:val="single" w:sz="6" w:color="CFD9D2"/>
          <w:bottom w:val="single" w:sz="6" w:color="CFD9D2"/>
          <w:right w:val="single" w:sz="6" w:color="CFD9D2"/>
          <w:insideH w:val="single" w:sz="6" w:color="CFD9D2"/>
          <w:insideV w:val="single" w:sz="6" w:color="CFD9D2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168"/>
        <w:gridCol w:w="3168"/>
        <w:gridCol w:w="3168"/>
      </w:tblGrid>
      <w:tr>
        <w:trPr>
          <w:cantSplit/>
        </w:trPr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1/2</w:t>
            </w:r>
          </w:p>
        </w:tc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1/4</w:t>
            </w:r>
          </w:p>
        </w:tc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2/3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2/4</w:t>
            </w:r>
          </w:p>
        </w:tc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2/8</w:t>
            </w:r>
          </w:p>
        </w:tc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4/6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5/10</w:t>
            </w:r>
          </w:p>
        </w:tc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3/12</w:t>
            </w:r>
          </w:p>
        </w:tc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8/12</w:t>
            </w:r>
          </w:p>
        </w:tc>
      </w:tr>
    </w:tbl>
    <w:p>
      <w:pPr>
        <w:pStyle w:val="Heading2"/>
      </w:pPr>
      <w:r>
        <w:t>Part 3: Label the box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8.</w:t>
        <w:tab/>
      </w:r>
      <w:r>
        <w:rPr>
          <w:rFonts w:ascii="Arial" w:hAnsi="Arial" w:cs="Arial" w:eastAsia="Arial"/>
          <w:color w:val="47524C"/>
          <w:sz w:val="20"/>
        </w:rPr>
        <w:t>Sam's box has 1/6 of the apple pie and 2/6 of the cherry pie. Which label goes on the box?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B. 3/6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1/6 + 2/6 = 3/6. Add the top numbers. The slices are still sixths, so the bottom number stays 6. 3/12 adds the bottom numbers too.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9.</w:t>
        <w:tab/>
      </w:r>
      <w:r>
        <w:rPr>
          <w:rFonts w:ascii="Arial" w:hAnsi="Arial" w:cs="Arial" w:eastAsia="Arial"/>
          <w:color w:val="47524C"/>
          <w:sz w:val="20"/>
        </w:rPr>
        <w:t>Write the label for each box: 2/8 + 3/8 = ____ and 1/4 + 2/4 = ____.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Write the label for each box: 2/8 + 3/8 = </w:t>
      </w:r>
      <w:r>
        <w:rPr>
          <w:rFonts w:ascii="Arial" w:hAnsi="Arial" w:cs="Arial" w:eastAsia="Arial"/>
          <w:b/>
          <w:color w:val="134B31"/>
          <w:sz w:val="21"/>
          <w:u w:val="single"/>
        </w:rPr>
        <w:t>5/8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and 1/4 + 2/4 = </w:t>
      </w:r>
      <w:r>
        <w:rPr>
          <w:rFonts w:ascii="Arial" w:hAnsi="Arial" w:cs="Arial" w:eastAsia="Arial"/>
          <w:b/>
          <w:color w:val="134B31"/>
          <w:sz w:val="21"/>
          <w:u w:val="single"/>
        </w:rPr>
        <w:t>3/4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>.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Add the top numbers and keep the bottom number.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10.</w:t>
        <w:tab/>
      </w:r>
      <w:r>
        <w:rPr>
          <w:rFonts w:ascii="Arial" w:hAnsi="Arial" w:cs="Arial" w:eastAsia="Arial"/>
          <w:color w:val="47524C"/>
          <w:sz w:val="20"/>
        </w:rPr>
        <w:t>Ana ordered 4/8 of a pie. Mr. Okafor ordered 1/2 of a same-size pie. Ana says she gets more pie because 4 is more than 1. Is she right? Explain with a model or numbers.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D6A45"/>
          <w:sz w:val="21"/>
        </w:rPr>
        <w:t xml:space="preserve">Sample answer: </w:t>
      </w:r>
      <w:r>
        <w:rPr>
          <w:rFonts w:ascii="Arial" w:hAnsi="Arial" w:cs="Arial" w:eastAsia="Arial"/>
          <w:color w:val="111814"/>
          <w:sz w:val="21"/>
        </w:rPr>
        <w:t>No. They ordered the same amount. 1/2 = 4/8 (multiply the top and bottom by 4). Eighths are smaller slices than halves, so it takes 4 eighths to make the same half.</w:t>
      </w:r>
    </w:p>
    <w:sectPr w:rsidR="00FC693F" w:rsidRPr="0006063C" w:rsidSect="00034616">
      <w:footerReference w:type="default" r:id="rId9"/>
      <w:pgSz w:w="12240" w:h="15840"/>
      <w:pgMar w:top="936" w:right="1080" w:bottom="1008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80" w:val="right"/>
      </w:tabs>
    </w:pPr>
    <w:r>
      <w:rPr>
        <w:rFonts w:ascii="Arial" w:hAnsi="Arial" w:cs="Arial" w:eastAsia="Arial"/>
        <w:color w:val="47524C"/>
        <w:sz w:val="16"/>
      </w:rPr>
      <w:t>GBG Education  ·  Cedar Hollow Slice Shop  ·  Level 2: On Level</w:t>
      <w:tab/>
      <w:t xml:space="preserve">Page </w:t>
    </w:r>
    <w:fldSimple w:instr="PAGE">
      <w:r>
        <w:rPr>
          <w:rFonts w:ascii="Arial" w:hAnsi="Arial" w:cs="Arial"/>
          <w:color w:val="47524C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hAnsi="Arial" w:cs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Arial" w:hAnsi="Arial" w:cs="Arial" w:eastAsia="Arial"/>
      <w:b/>
      <w:bCs/>
      <w:i w:val="0"/>
      <w:color w:val="134B3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i w:val="0"/>
      <w:color w:val="134B3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="Arial" w:hAnsi="Arial" w:cs="Arial" w:eastAsia="Arial"/>
      <w:b/>
      <w:i w:val="0"/>
      <w:color w:val="111814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Cedar Hollow Slice Shop Level 2: On Level</dc:title>
  <dc:subject/>
  <dc:creator>GBG Education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