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SLICE SHOP  ·  LEVEL 1: SUPPORT</w:t>
      </w:r>
    </w:p>
    <w:p>
      <w:pPr>
        <w:pStyle w:val="Title"/>
      </w:pPr>
      <w:r>
        <w:t>Slice Shop: Fair Cuts and Orders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Count all the equal slices first. That number is the denominator (the bottom number). Red slices are served. Use the word bank when you see one.</w:t>
      </w:r>
    </w:p>
    <w:p>
      <w:pPr>
        <w:pStyle w:val="Heading1"/>
      </w:pPr>
      <w:r>
        <w:t>Part 1: Fair cuts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The pies are the same size. Which pie is cut into fourths?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926080" cy="11401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1401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Pie A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Pie B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Pie C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Grandpa Lou asked for thirds. This pie is cut into thirds.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188720" cy="11887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Circle one.</w:t>
      </w:r>
    </w:p>
    <w:p>
      <w:pPr>
        <w:pStyle w:val="Heading1"/>
      </w:pPr>
      <w:r>
        <w:t>Part 2: Serve the order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Ava wants 3/4 of a cherry pie. The pie is cut into 4 equal slices. How many slices do you serve?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280160" cy="12801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1 slice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4 slices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3 slices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Match each fraction to its name.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1/2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one fourth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1/3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one third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1/4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one half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A pie cut into 3 equal slices is cut into ________________. A pie cut into 4 equal slices is cut into ________________.</w:t>
      </w:r>
    </w:p>
    <w:p>
      <w:pPr>
        <w:keepNext/>
        <w:spacing w:after="80"/>
        <w:ind w:left="576"/>
      </w:pPr>
      <w:r>
        <w:rPr>
          <w:rFonts w:ascii="Arial" w:hAnsi="Arial" w:cs="Arial" w:eastAsia="Arial"/>
          <w:color w:val="47524C"/>
        </w:rPr>
        <w:t>Word bank:  halves     thirds     fourths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Mia ordered 1/2 of a pie. Leo ordered 1/4 of a same-size pie. Who gets the bigger box?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194560" cy="11371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1371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5328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Leo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Mia</w:t>
      </w:r>
    </w:p>
    <w:p>
      <w:pPr>
        <w:pStyle w:val="Heading1"/>
      </w:pPr>
      <w:r>
        <w:t>Part 3: Shade and show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Shade each pie to show the order under it.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3291840" cy="139270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3927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Zoe wants 5/8 of a peach pie. Shade the slices you would serve.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463040" cy="14630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SLICE SHOP  ·  LEVEL 1: SUPPORT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Slice Shop: Fair Cuts and Orders</w:t>
      </w:r>
    </w:p>
    <w:p>
      <w:pPr>
        <w:pStyle w:val="Heading2"/>
      </w:pPr>
      <w:r>
        <w:t>Part 1: Fair cuts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The pies are the same size. Which pie is cut into fourths?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Pie B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Pie B has 4 equal slices. Pie A has 4 slices, but they are not the same size. Pie C has 3 equal slices (thirds).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Grandpa Lou asked for thirds. This pie is cut into thirds.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False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pie has 3 slices, but they are not the same size, so they are not thirds.</w:t>
      </w:r>
    </w:p>
    <w:p>
      <w:pPr>
        <w:pStyle w:val="Heading2"/>
      </w:pPr>
      <w:r>
        <w:t>Part 2: Serve the order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Ava wants 3/4 of a cherry pie. The pie is cut into 4 equal slices. How many slices do you serve?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3 slices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pie has 4 equal slices, so each slice is 1/4. 3/4 is 3 slices.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Match each fraction to its name.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1/2: C. one half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1/3: B. one third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1/4: A. one fourth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A pie cut into 3 equal slices is cut into ____. A pie cut into 4 equal slices is cut into ____.</w:t>
      </w:r>
    </w:p>
    <w:p>
      <w:pPr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A pie cut into 3 equal slices is cut into </w:t>
      </w:r>
      <w:r>
        <w:rPr>
          <w:rFonts w:ascii="Arial" w:hAnsi="Arial" w:cs="Arial" w:eastAsia="Arial"/>
          <w:b/>
          <w:color w:val="134B31"/>
          <w:sz w:val="21"/>
          <w:u w:val="single"/>
        </w:rPr>
        <w:t>thirds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. A pie cut into 4 equal slices is cut into </w:t>
      </w:r>
      <w:r>
        <w:rPr>
          <w:rFonts w:ascii="Arial" w:hAnsi="Arial" w:cs="Arial" w:eastAsia="Arial"/>
          <w:b/>
          <w:color w:val="134B31"/>
          <w:sz w:val="21"/>
          <w:u w:val="single"/>
        </w:rPr>
        <w:t>fourths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>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Mia ordered 1/2 of a pie. Leo ordered 1/4 of a same-size pie. Who gets the bigger box?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Mia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Halves are bigger slices than fourths, so 1/2 &gt; 1/4. Mia ordered more pie.</w:t>
      </w:r>
    </w:p>
    <w:p>
      <w:pPr>
        <w:pStyle w:val="Heading2"/>
      </w:pPr>
      <w:r>
        <w:t>Part 3: Shade and show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Shade each pie to show the order under it.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Look for: </w:t>
      </w:r>
      <w:r>
        <w:rPr>
          <w:rFonts w:ascii="Arial" w:hAnsi="Arial" w:cs="Arial" w:eastAsia="Arial"/>
          <w:color w:val="111814"/>
          <w:sz w:val="21"/>
        </w:rPr>
        <w:t>a. 1 of the 2 equal slices is shaded. b. 1 of the 3 equal slices is shaded. c. 3 of the 4 equal slices are shaded. Any slices may be chosen.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743200" cy="116058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0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Zoe wants 5/8 of a peach pie. Shade the slices you would serve.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Look for: </w:t>
      </w:r>
      <w:r>
        <w:rPr>
          <w:rFonts w:ascii="Arial" w:hAnsi="Arial" w:cs="Arial" w:eastAsia="Arial"/>
          <w:color w:val="111814"/>
          <w:sz w:val="21"/>
        </w:rPr>
        <w:t>Any 5 of the 8 equal slices are shaded.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463040" cy="14630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Cedar Hollow Slice Shop  ·  Level 1: Support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 Slice Shop Level 1: Support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