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CASE FILES  ·  LEVEL 3: CHALLENGE</w:t>
      </w:r>
    </w:p>
    <w:p>
      <w:pPr>
        <w:pStyle w:val="Title"/>
      </w:pPr>
      <w:r>
        <w:t>Case File: The Missing Bake Sale Bell (Challenge)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Read closely. Explain your thinking with evidence from each passage, the way you did on the case board.</w:t>
      </w:r>
    </w:p>
    <w:p>
      <w:pPr>
        <w:pStyle w:val="Heading1"/>
      </w:pPr>
      <w:r>
        <w:t>Part 1: Weather Watch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Read the Weather Watch story. What mood do the phrases "lightning stabbed at the hills" and "the wind grabbed its branches" help create?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4572000" cy="21002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00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Cozy and safe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Tense and frightening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Silly and playful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Bored and sleepy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In the story, the old oak "shivered with fear." Name the kind of figurative language. Why did the writer choose it instead of a literal sentence like "the oak moved in the wind"?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Mrs. Alvarez says it was "the loudest storm in the history of the universe." Which choice correctly names the device AND its purpose?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Simile, to compare the storm to the universe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Literal language, to report a scientific fact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Hyperbole, to show how loud and frightening the storm felt to her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Idiom, to say the storm was ordinary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Rewrite "Lightning stabbed at the hills" so the storm feels calm or beautiful instead of tense. Use figurative language and name the kind you used.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pPr>
        <w:pStyle w:val="Heading1"/>
      </w:pPr>
      <w:r>
        <w:t>Part 2: Tricky notes and meaning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Three of these notes are figurative. Which note is literal, even though it uses the word like?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 crowd buzzed like a hive of bees.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Mayor Diaz would like the stage swept by noon.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Rain fell like a curtain of silver threads.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The trophy shone like a mirror.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 xml:space="preserve">Around Town: At the science fair, Nadia's wind turbine was </w:t>
      </w:r>
      <w:r>
        <w:rPr>
          <w:rFonts w:ascii="Arial" w:hAnsi="Arial" w:cs="Arial" w:eastAsia="Arial"/>
          <w:b/>
        </w:rPr>
        <w:t>a magnet for visitors</w:t>
      </w:r>
      <w:r>
        <w:t>. A crowd stood at her table all afternoon. What is the BEST interpretation of the metaphor?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It drew many people.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It was made of metal.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Visitors got stuck to it.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It pushed people away.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 xml:space="preserve">Sports: Aiyana's knee was sore, but she </w:t>
      </w:r>
      <w:r>
        <w:rPr>
          <w:rFonts w:ascii="Arial" w:hAnsi="Arial" w:cs="Arial" w:eastAsia="Arial"/>
          <w:b/>
        </w:rPr>
        <w:t>bit the bullet</w:t>
      </w:r>
      <w:r>
        <w:t xml:space="preserve"> and finished the last drill. What does the idiom mean here?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She chewed on metal.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She quit early.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She argued with her coach.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She kept going despite the pain.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Sort each sentence by the mood it creates.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The kettle sang softly on the stove.     Shadows crept across the empty gym.     Mia's quilt wrapped around her like a warm hug.     Rain hammered the windows like angry fists.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Cozy and calm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Tense and stormy</w:t>
            </w:r>
          </w:p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05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9.</w:t>
        <w:tab/>
      </w:r>
      <w:r>
        <w:t>Changing "the breeze whispered" to "the wind shrieked" makes the mood more tense.</w:t>
      </w:r>
    </w:p>
    <w:p>
      <w:pPr>
        <w:spacing w:after="40"/>
        <w:ind w:left="576"/>
      </w:pPr>
      <w:r>
        <w:rPr>
          <w:b/>
        </w:rPr>
        <w:t>True          False</w:t>
      </w:r>
    </w:p>
    <w:p>
      <w:pPr>
        <w:spacing w:after="40"/>
        <w:ind w:left="576"/>
      </w:pPr>
      <w:r>
        <w:rPr>
          <w:rFonts w:ascii="Arial" w:hAnsi="Arial" w:cs="Arial" w:eastAsia="Arial"/>
          <w:color w:val="47524C"/>
          <w:sz w:val="18"/>
        </w:rPr>
        <w:t>Circle one.</w:t>
      </w:r>
    </w:p>
    <w:p>
      <w:pPr>
        <w:pStyle w:val="Heading1"/>
      </w:pPr>
      <w:r>
        <w:t>Part 3: Decode the lead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10.</w:t>
        <w:tab/>
      </w:r>
      <w:r>
        <w:t xml:space="preserve">A witness says the bell-taker "still had to </w:t>
      </w:r>
      <w:r>
        <w:rPr>
          <w:rFonts w:ascii="Arial" w:hAnsi="Arial" w:cs="Arial" w:eastAsia="Arial"/>
          <w:b/>
        </w:rPr>
        <w:t>learn the ropes</w:t>
      </w:r>
      <w:r>
        <w:t xml:space="preserve"> of fixing old bells." Name the device, decode what it really means, and explain which kind of place a detective should check next and why.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CASE FILES  ·  LEVEL 3: CHALLENGE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Case File: The Missing Bake Sale Bell (Challenge)</w:t>
      </w:r>
    </w:p>
    <w:p>
      <w:pPr>
        <w:pStyle w:val="Heading2"/>
      </w:pPr>
      <w:r>
        <w:t>Part 1: Weather Watch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Read the Weather Watch story. What mood do the phrases "lightning stabbed at the hills" and "the wind grabbed its branches" help create?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Tense and frightening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Stabbing and grabbing are violent human actions, so the storm feels dangerous.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In the story, the old oak "shivered with fear." Name the kind of figurative language. Why did the writer choose it instead of a literal sentence like "the oak moved in the wind"?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Personification: a tree cannot feel fear. The human feeling makes the storm seem scary and builds a tense mood, while the literal sentence only reports movement.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Mrs. Alvarez says it was "the loudest storm in the history of the universe." Which choice correctly names the device AND its purpose?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Hyperbole, to show how loud and frightening the storm felt to her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She is exaggerating, not stating a fact, and there is no like or as. The hyperbole shows how scary the storm felt.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Rewrite "Lightning stabbed at the hills" so the storm feels calm or beautiful instead of tense. Use figurative language and name the kind you used.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Lightning flickered over the hills like distant fireflies. (simile) Accept any correctly named device that creates a calm or beautiful mood.</w:t>
      </w:r>
    </w:p>
    <w:p>
      <w:pPr>
        <w:pStyle w:val="Heading2"/>
      </w:pPr>
      <w:r>
        <w:t>Part 2: Tricky notes and meaning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Three of these notes are figurative. Which note is literal, even though it uses the word like?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Mayor Diaz would like the stage swept by noon.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Here like means want, so nothing is being compared. The other three use like to compare two different things, so they are similes.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 xml:space="preserve">Around Town: At the science fair, Nadia's wind turbine was </w:t>
      </w:r>
      <w:r>
        <w:rPr>
          <w:rFonts w:ascii="Arial" w:hAnsi="Arial" w:cs="Arial" w:eastAsia="Arial"/>
          <w:b/>
          <w:color w:val="47524C"/>
          <w:sz w:val="20"/>
        </w:rPr>
        <w:t>a magnet for visitors</w:t>
      </w:r>
      <w:r>
        <w:rPr>
          <w:rFonts w:ascii="Arial" w:hAnsi="Arial" w:cs="Arial" w:eastAsia="Arial"/>
          <w:color w:val="47524C"/>
          <w:sz w:val="20"/>
        </w:rPr>
        <w:t>. A crowd stood at her table all afternoon. What is the BEST interpretation of the metaphor?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It drew many people.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 magnet pulls things toward it; the crowd is the context clue.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 xml:space="preserve">Sports: Aiyana's knee was sore, but she </w:t>
      </w:r>
      <w:r>
        <w:rPr>
          <w:rFonts w:ascii="Arial" w:hAnsi="Arial" w:cs="Arial" w:eastAsia="Arial"/>
          <w:b/>
          <w:color w:val="47524C"/>
          <w:sz w:val="20"/>
        </w:rPr>
        <w:t>bit the bullet</w:t>
      </w:r>
      <w:r>
        <w:rPr>
          <w:rFonts w:ascii="Arial" w:hAnsi="Arial" w:cs="Arial" w:eastAsia="Arial"/>
          <w:color w:val="47524C"/>
          <w:sz w:val="20"/>
        </w:rPr>
        <w:t xml:space="preserve"> and finished the last drill. What does the idiom mean here?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D. She kept going despite the pain.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To bite the bullet means to face something hard bravely; she finished on a sore knee.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Sort each sentence by the mood it creates.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Cozy and calm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Tense and stormy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The kettle sang softly on the stove.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Shadows crept across the empty gym.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Mia's quilt wrapped around her like a warm hug.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Rain hammered the windows like angry fists.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Soft singing and a warm hug feel safe; creeping shadows and angry fists feel threatening.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9.</w:t>
        <w:tab/>
      </w:r>
      <w:r>
        <w:rPr>
          <w:rFonts w:ascii="Arial" w:hAnsi="Arial" w:cs="Arial" w:eastAsia="Arial"/>
          <w:color w:val="47524C"/>
          <w:sz w:val="20"/>
        </w:rPr>
        <w:t>Changing "the breeze whispered" to "the wind shrieked" makes the mood more tense.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True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Both are personification, but shrieked suggests fear while whispered feels gentle.</w:t>
      </w:r>
    </w:p>
    <w:p>
      <w:pPr>
        <w:pStyle w:val="Heading2"/>
      </w:pPr>
      <w:r>
        <w:t>Part 3: Decode the lead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10.</w:t>
        <w:tab/>
      </w:r>
      <w:r>
        <w:rPr>
          <w:rFonts w:ascii="Arial" w:hAnsi="Arial" w:cs="Arial" w:eastAsia="Arial"/>
          <w:color w:val="47524C"/>
          <w:sz w:val="20"/>
        </w:rPr>
        <w:t xml:space="preserve">A witness says the bell-taker "still had to </w:t>
      </w:r>
      <w:r>
        <w:rPr>
          <w:rFonts w:ascii="Arial" w:hAnsi="Arial" w:cs="Arial" w:eastAsia="Arial"/>
          <w:b/>
          <w:color w:val="47524C"/>
          <w:sz w:val="20"/>
        </w:rPr>
        <w:t>learn the ropes</w:t>
      </w:r>
      <w:r>
        <w:rPr>
          <w:rFonts w:ascii="Arial" w:hAnsi="Arial" w:cs="Arial" w:eastAsia="Arial"/>
          <w:color w:val="47524C"/>
          <w:sz w:val="20"/>
        </w:rPr>
        <w:t xml:space="preserve"> of fixing old bells." Name the device, decode what it really means, and explain which kind of place a detective should check next and why.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Idiom. To learn the ropes means to learn how to do a job, so the bell-taker did not know how to fix bells yet. A detective should check a place where she could learn, such as the library (to read about it) or a repair shop (to ask an expert). Accept any place that fits learning how, supported by the meaning; a hardware store for buying rope is the literal misreading.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Cedar Hollow Case Files  ·  Level 3: Challenge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Hollow Case Files Level 3: Challenge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