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CASE FILES  ·  LEVEL 1: SUPPORT</w:t>
      </w:r>
    </w:p>
    <w:p>
      <w:pPr>
        <w:pStyle w:val="Title"/>
      </w:pPr>
      <w:r>
        <w:t>Case File: The Missing Bake Sale Bell (Support)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Someone borrowed the bake sale bell, and every clue uses figurative language. Ask: could this really be true? Use the Detective Clue Cards and the word bank to help you.</w:t>
      </w:r>
    </w:p>
    <w:p>
      <w:pPr>
        <w:pStyle w:val="Heading1"/>
      </w:pPr>
      <w:r>
        <w:t>Part 1: Find the clue notes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Six notes were found at the bake sale. Write each one under Literal (means exactly what it says) or Figurative (means something more).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The library closes at 5 p.m.     The soup was as smooth as velvet.     Ravi rode his bike to school.     The flowers waved hello to the bees.     Snow fell on Tuesday night.     Nadia has a million friends.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Literal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Figurative</w:t>
            </w:r>
          </w:p>
        </w:tc>
      </w:tr>
      <w:tr>
        <w:trPr>
          <w:trHeight w:val="662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62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62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  <w:tr>
        <w:trPr>
          <w:trHeight w:val="662" w:hRule="atLeast"/>
          <w:cantSplit/>
        </w:trPr>
        <w:tc>
          <w:tcPr>
            <w:tcW w:type="dxa" w:w="4752"/>
          </w:tcPr>
          <w:p/>
        </w:tc>
        <w:tc>
          <w:tcPr>
            <w:tcW w:type="dxa" w:w="4752"/>
          </w:tcPr>
          <w:p/>
        </w:tc>
      </w:tr>
    </w:tbl>
    <w:p>
      <w:pPr>
        <w:spacing w:after="40"/>
      </w:pPr>
    </w:p>
    <w:p>
      <w:pPr>
        <w:pStyle w:val="Heading1"/>
      </w:pPr>
      <w:r>
        <w:t>Part 2: Name it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 xml:space="preserve">A witness says, "The pancakes were </w:t>
      </w:r>
      <w:r>
        <w:rPr>
          <w:rFonts w:ascii="Arial" w:hAnsi="Arial" w:cs="Arial" w:eastAsia="Arial"/>
          <w:b/>
        </w:rPr>
        <w:t>as fluffy as clouds</w:t>
      </w:r>
      <w:r>
        <w:t>." What kind of figurative language is in bold?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3657600" cy="17098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098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Simile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Hyperbole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Idiom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 xml:space="preserve">A witness says, "Jamal told me he was going to </w:t>
      </w:r>
      <w:r>
        <w:rPr>
          <w:rFonts w:ascii="Arial" w:hAnsi="Arial" w:cs="Arial" w:eastAsia="Arial"/>
          <w:b/>
        </w:rPr>
        <w:t>hit the hay</w:t>
      </w:r>
      <w:r>
        <w:t xml:space="preserve"> early." What kind is in bold?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Simile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Idiom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Personification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A witness says, "</w:t>
      </w:r>
      <w:r>
        <w:rPr>
          <w:rFonts w:ascii="Arial" w:hAnsi="Arial" w:cs="Arial" w:eastAsia="Arial"/>
          <w:b/>
        </w:rPr>
        <w:t>The moon peeked out</w:t>
      </w:r>
      <w:r>
        <w:t xml:space="preserve"> from behind the clouds." What kind is in bold?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Personification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Simile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Idiom</w:t>
      </w:r>
    </w:p>
    <w:p>
      <w:pPr>
        <w:pStyle w:val="Heading1"/>
      </w:pPr>
      <w:r>
        <w:t>Part 3: Decode the lead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 xml:space="preserve">A witness says the bell-taker told her, "My stomach is </w:t>
      </w:r>
      <w:r>
        <w:rPr>
          <w:rFonts w:ascii="Arial" w:hAnsi="Arial" w:cs="Arial" w:eastAsia="Arial"/>
          <w:b/>
        </w:rPr>
        <w:t>as empty as a cave</w:t>
      </w:r>
      <w:r>
        <w:t>." What does that really mean, and where should a detective look next?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She was very hungry, so look at the cafe.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She wanted to explore a cave, so look at the hiking trail.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Her stomach hurt, so look at the pharmacy.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At the cafe, the bell-taker told the band, "</w:t>
      </w:r>
      <w:r>
        <w:rPr>
          <w:rFonts w:ascii="Arial" w:hAnsi="Arial" w:cs="Arial" w:eastAsia="Arial"/>
          <w:b/>
        </w:rPr>
        <w:t>Break a leg!</w:t>
      </w:r>
      <w:r>
        <w:t>" What did she really mean?</w:t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Hurt yourself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Good luck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Play louder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Her last note says, "The hallway was a river of backpacks." It is a ________________ because it says the hallway ________________ a river.</w:t>
      </w:r>
    </w:p>
    <w:p>
      <w:pPr>
        <w:keepNext/>
        <w:spacing w:after="80"/>
        <w:ind w:left="576"/>
      </w:pPr>
      <w:r>
        <w:rPr>
          <w:rFonts w:ascii="Arial" w:hAnsi="Arial" w:cs="Arial" w:eastAsia="Arial"/>
          <w:color w:val="47524C"/>
        </w:rPr>
        <w:t>Word bank:  simile     metaphor     like     was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rPr>
          <w:rFonts w:ascii="Arial" w:hAnsi="Arial" w:cs="Arial" w:eastAsia="Arial"/>
          <w:b/>
        </w:rPr>
        <w:t>It's raining cats and dogs</w:t>
      </w:r>
      <w:r>
        <w:t xml:space="preserve"> means it is raining very hard. Draw what the words literally say. Then write what the idiom really means.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rPr>
          <w:trHeight w:val="1872" w:hRule="exact"/>
          <w:cantSplit/>
        </w:trPr>
        <w:tc>
          <w:tcPr>
            <w:tcW w:type="dxa" w:w="9504"/>
          </w:tcPr>
          <w:p/>
        </w:tc>
      </w:tr>
    </w:tbl>
    <w:p>
      <w:pPr>
        <w:spacing w:after="40"/>
      </w:pP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CEDAR HOLLOW CASE FILES  ·  LEVEL 1: SUPPORT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Case File: The Missing Bake Sale Bell (Support)</w:t>
      </w:r>
    </w:p>
    <w:p>
      <w:pPr>
        <w:pStyle w:val="Heading2"/>
      </w:pPr>
      <w:r>
        <w:t>Part 1: Find the clue notes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Six notes were found at the bake sale. Write each one under Literal (means exactly what it says) or Figurative (means something more).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</w:trPr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Literal</w:t>
            </w:r>
          </w:p>
        </w:tc>
        <w:tc>
          <w:tcPr>
            <w:tcW w:type="dxa" w:w="4752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Figurative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The library closes at 5 p.m.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The soup was as smooth as velvet.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Ravi rode his bike to school.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The flowers waved hello to the bees.</w:t>
            </w:r>
          </w:p>
        </w:tc>
      </w:tr>
      <w:tr>
        <w:trPr>
          <w:cantSplit/>
        </w:trPr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Snow fell on Tuesday night.</w:t>
            </w:r>
          </w:p>
        </w:tc>
        <w:tc>
          <w:tcPr>
            <w:tcW w:type="dxa" w:w="4752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Nadia has a million friends.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literal notes are plain facts. The figurative ones are a simile (as smooth as velvet), personification (flowers cannot wave), and hyperbole (a million friends).</w:t>
      </w:r>
    </w:p>
    <w:p>
      <w:pPr>
        <w:pStyle w:val="Heading2"/>
      </w:pPr>
      <w:r>
        <w:t>Part 2: Name it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 xml:space="preserve">A witness says, "The pancakes were </w:t>
      </w:r>
      <w:r>
        <w:rPr>
          <w:rFonts w:ascii="Arial" w:hAnsi="Arial" w:cs="Arial" w:eastAsia="Arial"/>
          <w:b/>
          <w:color w:val="47524C"/>
          <w:sz w:val="20"/>
        </w:rPr>
        <w:t>as fluffy as clouds</w:t>
      </w:r>
      <w:r>
        <w:rPr>
          <w:rFonts w:ascii="Arial" w:hAnsi="Arial" w:cs="Arial" w:eastAsia="Arial"/>
          <w:color w:val="47524C"/>
          <w:sz w:val="20"/>
        </w:rPr>
        <w:t>." What kind of figurative language is in bold?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Simile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word as compares the pancakes to clouds, two different kinds of things.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 xml:space="preserve">A witness says, "Jamal told me he was going to </w:t>
      </w:r>
      <w:r>
        <w:rPr>
          <w:rFonts w:ascii="Arial" w:hAnsi="Arial" w:cs="Arial" w:eastAsia="Arial"/>
          <w:b/>
          <w:color w:val="47524C"/>
          <w:sz w:val="20"/>
        </w:rPr>
        <w:t>hit the hay</w:t>
      </w:r>
      <w:r>
        <w:rPr>
          <w:rFonts w:ascii="Arial" w:hAnsi="Arial" w:cs="Arial" w:eastAsia="Arial"/>
          <w:color w:val="47524C"/>
          <w:sz w:val="20"/>
        </w:rPr>
        <w:t xml:space="preserve"> early." What kind is in bold?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Idiom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Hit the hay is a common saying that means go to bed. Nobody is hitting any hay.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A witness says, "</w:t>
      </w:r>
      <w:r>
        <w:rPr>
          <w:rFonts w:ascii="Arial" w:hAnsi="Arial" w:cs="Arial" w:eastAsia="Arial"/>
          <w:b/>
          <w:color w:val="47524C"/>
          <w:sz w:val="20"/>
        </w:rPr>
        <w:t>The moon peeked out</w:t>
      </w:r>
      <w:r>
        <w:rPr>
          <w:rFonts w:ascii="Arial" w:hAnsi="Arial" w:cs="Arial" w:eastAsia="Arial"/>
          <w:color w:val="47524C"/>
          <w:sz w:val="20"/>
        </w:rPr>
        <w:t xml:space="preserve"> from behind the clouds." What kind is in bold?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Personification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Peeking is something a person does. The moon cannot really peek.</w:t>
      </w:r>
    </w:p>
    <w:p>
      <w:pPr>
        <w:pStyle w:val="Heading2"/>
      </w:pPr>
      <w:r>
        <w:t>Part 3: Decode the lead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 xml:space="preserve">A witness says the bell-taker told her, "My stomach is </w:t>
      </w:r>
      <w:r>
        <w:rPr>
          <w:rFonts w:ascii="Arial" w:hAnsi="Arial" w:cs="Arial" w:eastAsia="Arial"/>
          <w:b/>
          <w:color w:val="47524C"/>
          <w:sz w:val="20"/>
        </w:rPr>
        <w:t>as empty as a cave</w:t>
      </w:r>
      <w:r>
        <w:rPr>
          <w:rFonts w:ascii="Arial" w:hAnsi="Arial" w:cs="Arial" w:eastAsia="Arial"/>
          <w:color w:val="47524C"/>
          <w:sz w:val="20"/>
        </w:rPr>
        <w:t>." What does that really mean, and where should a detective look next?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She was very hungry, so look at the cafe.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 cave is hollow and empty. An empty stomach means she was hungry, so she went somewhere to eat.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At the cafe, the bell-taker told the band, "</w:t>
      </w:r>
      <w:r>
        <w:rPr>
          <w:rFonts w:ascii="Arial" w:hAnsi="Arial" w:cs="Arial" w:eastAsia="Arial"/>
          <w:b/>
          <w:color w:val="47524C"/>
          <w:sz w:val="20"/>
        </w:rPr>
        <w:t>Break a leg!</w:t>
      </w:r>
      <w:r>
        <w:rPr>
          <w:rFonts w:ascii="Arial" w:hAnsi="Arial" w:cs="Arial" w:eastAsia="Arial"/>
          <w:color w:val="47524C"/>
          <w:sz w:val="20"/>
        </w:rPr>
        <w:t>" What did she really mean?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Good luck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Break a leg is a common saying that means good luck, often said before a concert or a play.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Her last note says, "The hallway was a river of backpacks." It is a ____ because it says the hallway ____ a river.</w:t>
      </w:r>
    </w:p>
    <w:p>
      <w:pPr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Her last note says, "The hallway was a river of backpacks." It is a </w:t>
      </w:r>
      <w:r>
        <w:rPr>
          <w:rFonts w:ascii="Arial" w:hAnsi="Arial" w:cs="Arial" w:eastAsia="Arial"/>
          <w:b/>
          <w:color w:val="134B31"/>
          <w:sz w:val="21"/>
          <w:u w:val="single"/>
        </w:rPr>
        <w:t>metaphor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because it says the hallway </w:t>
      </w:r>
      <w:r>
        <w:rPr>
          <w:rFonts w:ascii="Arial" w:hAnsi="Arial" w:cs="Arial" w:eastAsia="Arial"/>
          <w:b/>
          <w:color w:val="134B31"/>
          <w:sz w:val="21"/>
          <w:u w:val="single"/>
        </w:rPr>
        <w:t>was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a river.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b/>
          <w:color w:val="47524C"/>
          <w:sz w:val="20"/>
        </w:rPr>
        <w:t>It's raining cats and dogs</w:t>
      </w:r>
      <w:r>
        <w:rPr>
          <w:rFonts w:ascii="Arial" w:hAnsi="Arial" w:cs="Arial" w:eastAsia="Arial"/>
          <w:color w:val="47524C"/>
          <w:sz w:val="20"/>
        </w:rPr>
        <w:t xml:space="preserve"> means it is raining very hard. Draw what the words literally say. Then write what the idiom really means.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D6A45"/>
          <w:sz w:val="21"/>
        </w:rPr>
        <w:t xml:space="preserve">Look for: </w:t>
      </w:r>
      <w:r>
        <w:rPr>
          <w:rFonts w:ascii="Arial" w:hAnsi="Arial" w:cs="Arial" w:eastAsia="Arial"/>
          <w:color w:val="111814"/>
          <w:sz w:val="21"/>
        </w:rPr>
        <w:t>The picture shows cats and dogs falling from the sky (the literal words). The written meaning says it is raining very hard.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Cedar Hollow Case Files  ·  Level 1: Support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Cedar Hollow Case Files Level 1: Support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